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8FD20" w14:textId="64712B9F" w:rsidR="003F3A74" w:rsidRDefault="009D6589">
      <w:pPr>
        <w:jc w:val="center"/>
        <w:rPr>
          <w:lang w:eastAsia="ja-JP"/>
        </w:rPr>
      </w:pPr>
      <w:r>
        <w:rPr>
          <w:b/>
          <w:color w:val="404040"/>
          <w:sz w:val="32"/>
          <w:lang w:eastAsia="ja-JP"/>
        </w:rPr>
        <w:t>業務管理体制の一般検査　点検票</w:t>
      </w:r>
    </w:p>
    <w:p w14:paraId="4F90AC4F" w14:textId="77777777" w:rsidR="006B1726" w:rsidRDefault="009D6589">
      <w:pPr>
        <w:spacing w:before="80" w:after="80"/>
        <w:rPr>
          <w:color w:val="C00000"/>
          <w:lang w:eastAsia="ja-JP"/>
        </w:rPr>
      </w:pPr>
      <w:r>
        <w:rPr>
          <w:b/>
          <w:color w:val="C00000"/>
          <w:sz w:val="20"/>
          <w:lang w:eastAsia="ja-JP"/>
        </w:rPr>
        <w:t>【本票の対象】</w:t>
      </w:r>
      <w:r>
        <w:rPr>
          <w:color w:val="C00000"/>
          <w:lang w:eastAsia="ja-JP"/>
        </w:rPr>
        <w:t xml:space="preserve"> </w:t>
      </w:r>
    </w:p>
    <w:p w14:paraId="2F4A87C2" w14:textId="2E20589D" w:rsidR="003F3A74" w:rsidRPr="006B1726" w:rsidRDefault="009D6589">
      <w:pPr>
        <w:spacing w:before="80" w:after="80"/>
        <w:rPr>
          <w:color w:val="000000" w:themeColor="text1"/>
          <w:lang w:eastAsia="ja-JP"/>
        </w:rPr>
      </w:pPr>
      <w:r w:rsidRPr="006B1726">
        <w:rPr>
          <w:color w:val="000000" w:themeColor="text1"/>
          <w:u w:val="wave"/>
          <w:lang w:eastAsia="ja-JP"/>
        </w:rPr>
        <w:t>法人内の</w:t>
      </w:r>
      <w:r w:rsidR="0028666E">
        <w:rPr>
          <w:rFonts w:hint="eastAsia"/>
          <w:color w:val="000000" w:themeColor="text1"/>
          <w:u w:val="wave"/>
          <w:lang w:eastAsia="ja-JP"/>
        </w:rPr>
        <w:t>全て</w:t>
      </w:r>
      <w:r w:rsidRPr="006B1726">
        <w:rPr>
          <w:color w:val="000000" w:themeColor="text1"/>
          <w:u w:val="wave"/>
          <w:lang w:eastAsia="ja-JP"/>
        </w:rPr>
        <w:t>の指定事業所等が</w:t>
      </w:r>
      <w:r w:rsidRPr="006B1726">
        <w:rPr>
          <w:b/>
          <w:bCs/>
          <w:color w:val="EE0000"/>
          <w:u w:val="wave"/>
          <w:lang w:eastAsia="ja-JP"/>
        </w:rPr>
        <w:t>静岡市内</w:t>
      </w:r>
      <w:r w:rsidRPr="006B1726">
        <w:rPr>
          <w:color w:val="000000" w:themeColor="text1"/>
          <w:u w:val="wave"/>
          <w:lang w:eastAsia="ja-JP"/>
        </w:rPr>
        <w:t>に所在</w:t>
      </w:r>
      <w:r w:rsidRPr="006B1726">
        <w:rPr>
          <w:color w:val="000000" w:themeColor="text1"/>
          <w:lang w:eastAsia="ja-JP"/>
        </w:rPr>
        <w:t>し、業務管理体制の</w:t>
      </w:r>
      <w:r w:rsidR="006B1726">
        <w:rPr>
          <w:rFonts w:hint="eastAsia"/>
          <w:color w:val="000000" w:themeColor="text1"/>
          <w:lang w:eastAsia="ja-JP"/>
        </w:rPr>
        <w:t>整備に関する</w:t>
      </w:r>
      <w:r w:rsidRPr="006B1726">
        <w:rPr>
          <w:color w:val="000000" w:themeColor="text1"/>
          <w:lang w:eastAsia="ja-JP"/>
        </w:rPr>
        <w:t>届出先が静岡市となる事業者を対象とします。</w:t>
      </w:r>
    </w:p>
    <w:tbl>
      <w:tblPr>
        <w:tblStyle w:val="afe"/>
        <w:tblW w:w="0" w:type="auto"/>
        <w:jc w:val="center"/>
        <w:tblLook w:val="04A0" w:firstRow="1" w:lastRow="0" w:firstColumn="1" w:lastColumn="0" w:noHBand="0" w:noVBand="1"/>
      </w:tblPr>
      <w:tblGrid>
        <w:gridCol w:w="3467"/>
        <w:gridCol w:w="3467"/>
        <w:gridCol w:w="3806"/>
      </w:tblGrid>
      <w:tr w:rsidR="003F3A74" w14:paraId="0DEB8AD7" w14:textId="77777777">
        <w:trPr>
          <w:jc w:val="center"/>
        </w:trPr>
        <w:tc>
          <w:tcPr>
            <w:tcW w:w="2835" w:type="dxa"/>
            <w:shd w:val="clear" w:color="auto" w:fill="D9E2F3"/>
            <w:tcMar>
              <w:top w:w="100" w:type="dxa"/>
              <w:left w:w="100" w:type="dxa"/>
              <w:bottom w:w="100" w:type="dxa"/>
              <w:right w:w="100" w:type="dxa"/>
            </w:tcMar>
            <w:vAlign w:val="center"/>
          </w:tcPr>
          <w:p w14:paraId="14A356D2" w14:textId="77777777" w:rsidR="003F3A74" w:rsidRDefault="009D6589">
            <w:r>
              <w:rPr>
                <w:b/>
              </w:rPr>
              <w:t>事業者（法人）名</w:t>
            </w:r>
          </w:p>
        </w:tc>
        <w:tc>
          <w:tcPr>
            <w:tcW w:w="7370" w:type="dxa"/>
            <w:gridSpan w:val="2"/>
            <w:tcMar>
              <w:top w:w="100" w:type="dxa"/>
              <w:left w:w="100" w:type="dxa"/>
              <w:bottom w:w="100" w:type="dxa"/>
              <w:right w:w="100" w:type="dxa"/>
            </w:tcMar>
            <w:vAlign w:val="center"/>
          </w:tcPr>
          <w:p w14:paraId="672A6659" w14:textId="77777777" w:rsidR="003F3A74" w:rsidRDefault="003F3A74"/>
        </w:tc>
      </w:tr>
      <w:tr w:rsidR="003F3A74" w14:paraId="16D5F299" w14:textId="77777777">
        <w:trPr>
          <w:jc w:val="center"/>
        </w:trPr>
        <w:tc>
          <w:tcPr>
            <w:tcW w:w="3513" w:type="dxa"/>
            <w:shd w:val="clear" w:color="auto" w:fill="D9E2F3"/>
            <w:tcMar>
              <w:top w:w="100" w:type="dxa"/>
              <w:left w:w="100" w:type="dxa"/>
              <w:bottom w:w="100" w:type="dxa"/>
              <w:right w:w="100" w:type="dxa"/>
            </w:tcMar>
            <w:vAlign w:val="center"/>
          </w:tcPr>
          <w:p w14:paraId="684E8DD0" w14:textId="77777777" w:rsidR="003F3A74" w:rsidRDefault="009D6589">
            <w:r>
              <w:rPr>
                <w:b/>
              </w:rPr>
              <w:t>法令遵守責任者</w:t>
            </w:r>
          </w:p>
        </w:tc>
        <w:tc>
          <w:tcPr>
            <w:tcW w:w="3513" w:type="dxa"/>
            <w:tcMar>
              <w:top w:w="100" w:type="dxa"/>
              <w:left w:w="100" w:type="dxa"/>
              <w:bottom w:w="100" w:type="dxa"/>
              <w:right w:w="100" w:type="dxa"/>
            </w:tcMar>
            <w:vAlign w:val="center"/>
          </w:tcPr>
          <w:p w14:paraId="274CD2A9" w14:textId="77777777" w:rsidR="003F3A74" w:rsidRDefault="009D6589">
            <w:r>
              <w:t>（職名）</w:t>
            </w:r>
          </w:p>
        </w:tc>
        <w:tc>
          <w:tcPr>
            <w:tcW w:w="3513" w:type="dxa"/>
            <w:tcMar>
              <w:top w:w="100" w:type="dxa"/>
              <w:left w:w="100" w:type="dxa"/>
              <w:bottom w:w="100" w:type="dxa"/>
              <w:right w:w="100" w:type="dxa"/>
            </w:tcMar>
            <w:vAlign w:val="center"/>
          </w:tcPr>
          <w:p w14:paraId="114BDB23" w14:textId="77777777" w:rsidR="003F3A74" w:rsidRDefault="009D6589">
            <w:r>
              <w:t>（氏名）</w:t>
            </w:r>
          </w:p>
        </w:tc>
      </w:tr>
      <w:tr w:rsidR="003F3A74" w14:paraId="40F4CA24" w14:textId="77777777">
        <w:trPr>
          <w:jc w:val="center"/>
        </w:trPr>
        <w:tc>
          <w:tcPr>
            <w:tcW w:w="3513" w:type="dxa"/>
            <w:shd w:val="clear" w:color="auto" w:fill="D9E2F3"/>
            <w:tcMar>
              <w:top w:w="100" w:type="dxa"/>
              <w:left w:w="100" w:type="dxa"/>
              <w:bottom w:w="100" w:type="dxa"/>
              <w:right w:w="100" w:type="dxa"/>
            </w:tcMar>
            <w:vAlign w:val="center"/>
          </w:tcPr>
          <w:p w14:paraId="1C439B0F" w14:textId="77777777" w:rsidR="003F3A74" w:rsidRDefault="009D6589">
            <w:r>
              <w:rPr>
                <w:b/>
              </w:rPr>
              <w:t>記入者</w:t>
            </w:r>
          </w:p>
        </w:tc>
        <w:tc>
          <w:tcPr>
            <w:tcW w:w="3513" w:type="dxa"/>
            <w:tcMar>
              <w:top w:w="100" w:type="dxa"/>
              <w:left w:w="100" w:type="dxa"/>
              <w:bottom w:w="100" w:type="dxa"/>
              <w:right w:w="100" w:type="dxa"/>
            </w:tcMar>
            <w:vAlign w:val="center"/>
          </w:tcPr>
          <w:p w14:paraId="1DD880BC" w14:textId="77777777" w:rsidR="003F3A74" w:rsidRDefault="009D6589">
            <w:r>
              <w:t>（職名）</w:t>
            </w:r>
          </w:p>
        </w:tc>
        <w:tc>
          <w:tcPr>
            <w:tcW w:w="3513" w:type="dxa"/>
            <w:tcMar>
              <w:top w:w="100" w:type="dxa"/>
              <w:left w:w="100" w:type="dxa"/>
              <w:bottom w:w="100" w:type="dxa"/>
              <w:right w:w="100" w:type="dxa"/>
            </w:tcMar>
            <w:vAlign w:val="center"/>
          </w:tcPr>
          <w:p w14:paraId="74284FB7" w14:textId="77777777" w:rsidR="003F3A74" w:rsidRDefault="009D6589">
            <w:r>
              <w:t>（氏名）</w:t>
            </w:r>
          </w:p>
        </w:tc>
      </w:tr>
      <w:tr w:rsidR="003F3A74" w14:paraId="0BEAC2D7" w14:textId="77777777">
        <w:trPr>
          <w:jc w:val="center"/>
        </w:trPr>
        <w:tc>
          <w:tcPr>
            <w:tcW w:w="3513" w:type="dxa"/>
            <w:shd w:val="clear" w:color="auto" w:fill="D9E2F3"/>
            <w:vAlign w:val="center"/>
          </w:tcPr>
          <w:p w14:paraId="3E5F71E9" w14:textId="77777777" w:rsidR="003F3A74" w:rsidRDefault="009D6589">
            <w:r>
              <w:rPr>
                <w:b/>
              </w:rPr>
              <w:t>事業所等の数の区分</w:t>
            </w:r>
          </w:p>
        </w:tc>
        <w:tc>
          <w:tcPr>
            <w:tcW w:w="7026" w:type="dxa"/>
            <w:gridSpan w:val="2"/>
            <w:vAlign w:val="center"/>
          </w:tcPr>
          <w:p w14:paraId="6EFC92B7" w14:textId="77777777" w:rsidR="003F3A74" w:rsidRDefault="004F6019">
            <w:sdt>
              <w:sdtPr>
                <w:alias w:val="チェックボックス1"/>
                <w:tag w:val="CB_1"/>
                <w:id w:val="1417416443"/>
                <w14:checkbox>
                  <w14:checked w14:val="0"/>
                  <w14:checkedState w14:val="2612" w14:font="ＭＳ ゴシック"/>
                  <w14:uncheckedState w14:val="2610" w14:font="ＭＳ ゴシック"/>
                </w14:checkbox>
              </w:sdtPr>
              <w:sdtEndPr/>
              <w:sdtContent>
                <w:r w:rsidR="009D6589">
                  <w:t>☐</w:t>
                </w:r>
              </w:sdtContent>
            </w:sdt>
            <w:r w:rsidR="009D6589">
              <w:t xml:space="preserve"> 20未満　　</w:t>
            </w:r>
            <w:sdt>
              <w:sdtPr>
                <w:alias w:val="チェックボックス2"/>
                <w:tag w:val="CB_2"/>
                <w:id w:val="1493430663"/>
                <w14:checkbox>
                  <w14:checked w14:val="0"/>
                  <w14:checkedState w14:val="2612" w14:font="ＭＳ ゴシック"/>
                  <w14:uncheckedState w14:val="2610" w14:font="ＭＳ ゴシック"/>
                </w14:checkbox>
              </w:sdtPr>
              <w:sdtEndPr/>
              <w:sdtContent>
                <w:r w:rsidR="009D6589">
                  <w:t>☐</w:t>
                </w:r>
              </w:sdtContent>
            </w:sdt>
            <w:r w:rsidR="009D6589">
              <w:t xml:space="preserve"> 20以上100未満　　</w:t>
            </w:r>
            <w:sdt>
              <w:sdtPr>
                <w:alias w:val="チェックボックス3"/>
                <w:tag w:val="CB_3"/>
                <w:id w:val="1707983774"/>
                <w14:checkbox>
                  <w14:checked w14:val="0"/>
                  <w14:checkedState w14:val="2612" w14:font="ＭＳ ゴシック"/>
                  <w14:uncheckedState w14:val="2610" w14:font="ＭＳ ゴシック"/>
                </w14:checkbox>
              </w:sdtPr>
              <w:sdtEndPr/>
              <w:sdtContent>
                <w:r w:rsidR="009D6589">
                  <w:t>☐</w:t>
                </w:r>
              </w:sdtContent>
            </w:sdt>
            <w:r w:rsidR="009D6589">
              <w:t xml:space="preserve"> 100以上</w:t>
            </w:r>
          </w:p>
        </w:tc>
      </w:tr>
      <w:tr w:rsidR="003F3A74" w14:paraId="6316F27A" w14:textId="77777777">
        <w:trPr>
          <w:jc w:val="center"/>
        </w:trPr>
        <w:tc>
          <w:tcPr>
            <w:tcW w:w="3513" w:type="dxa"/>
            <w:shd w:val="clear" w:color="auto" w:fill="D9E2F3"/>
            <w:vAlign w:val="center"/>
          </w:tcPr>
          <w:p w14:paraId="399ADA9C" w14:textId="77777777" w:rsidR="003F3A74" w:rsidRDefault="009D6589">
            <w:r>
              <w:rPr>
                <w:b/>
              </w:rPr>
              <w:t>点検基準日</w:t>
            </w:r>
          </w:p>
        </w:tc>
        <w:tc>
          <w:tcPr>
            <w:tcW w:w="7026" w:type="dxa"/>
            <w:gridSpan w:val="2"/>
            <w:vAlign w:val="center"/>
          </w:tcPr>
          <w:p w14:paraId="5172D5EB" w14:textId="77777777" w:rsidR="003F3A74" w:rsidRDefault="009D6589">
            <w:r>
              <w:t xml:space="preserve">　　　　年　　　月　　　日</w:t>
            </w:r>
          </w:p>
        </w:tc>
      </w:tr>
    </w:tbl>
    <w:p w14:paraId="028F2B0E" w14:textId="77777777" w:rsidR="00E94AA2" w:rsidRDefault="009D6589">
      <w:pPr>
        <w:spacing w:before="80" w:after="80"/>
        <w:rPr>
          <w:b/>
          <w:color w:val="C00000"/>
          <w:sz w:val="20"/>
          <w:lang w:eastAsia="ja-JP"/>
        </w:rPr>
      </w:pPr>
      <w:r>
        <w:rPr>
          <w:b/>
          <w:color w:val="C00000"/>
          <w:sz w:val="20"/>
          <w:lang w:eastAsia="ja-JP"/>
        </w:rPr>
        <w:t>【事業所等の数の数え方】</w:t>
      </w:r>
    </w:p>
    <w:p w14:paraId="2A0177A6" w14:textId="0445BDCE" w:rsidR="003F3A74" w:rsidRDefault="009D6589">
      <w:pPr>
        <w:spacing w:before="80" w:after="80"/>
        <w:rPr>
          <w:lang w:eastAsia="ja-JP"/>
        </w:rPr>
      </w:pPr>
      <w:r w:rsidRPr="00E94AA2">
        <w:rPr>
          <w:color w:val="000000" w:themeColor="text1"/>
          <w:lang w:eastAsia="ja-JP"/>
        </w:rPr>
        <w:t>事業所等の数は、法人内の全サービスを単純に合計するのではなく、次の根拠条文（条区分）ごとに数えます。点検対象となる条区分の事業所等の数に応じて、上欄の「20未満」「20以上100未満」「100以上」のいずれかにチェックしてください。根拠条文ごとの数を本票に記入する必要はありません。</w:t>
      </w:r>
      <w:r w:rsidRPr="00E94AA2">
        <w:rPr>
          <w:color w:val="000000" w:themeColor="text1"/>
          <w:lang w:eastAsia="ja-JP"/>
        </w:rPr>
        <w:br/>
        <w:t>・障害者総合支援法第51条の2（指定障害福祉サービス・指定障害者支援施設）</w:t>
      </w:r>
      <w:r w:rsidRPr="00E94AA2">
        <w:rPr>
          <w:color w:val="000000" w:themeColor="text1"/>
          <w:lang w:eastAsia="ja-JP"/>
        </w:rPr>
        <w:br/>
        <w:t>・障害者総合支援法第51条の31（一般相談支援・特定相談支援）</w:t>
      </w:r>
      <w:r w:rsidRPr="00E94AA2">
        <w:rPr>
          <w:color w:val="000000" w:themeColor="text1"/>
          <w:lang w:eastAsia="ja-JP"/>
        </w:rPr>
        <w:br/>
        <w:t>・児童福祉法第21条の5の26（障害児通所支援）</w:t>
      </w:r>
      <w:r w:rsidRPr="00E94AA2">
        <w:rPr>
          <w:color w:val="000000" w:themeColor="text1"/>
          <w:lang w:eastAsia="ja-JP"/>
        </w:rPr>
        <w:br/>
        <w:t>・児童福祉法第24条の19の2（障害児入所施設）</w:t>
      </w:r>
      <w:r w:rsidRPr="00E94AA2">
        <w:rPr>
          <w:color w:val="000000" w:themeColor="text1"/>
          <w:lang w:eastAsia="ja-JP"/>
        </w:rPr>
        <w:br/>
        <w:t>・児童福祉法第24条の38（障害児相談支援）</w:t>
      </w:r>
      <w:r w:rsidRPr="00E94AA2">
        <w:rPr>
          <w:color w:val="000000" w:themeColor="text1"/>
          <w:lang w:eastAsia="ja-JP"/>
        </w:rPr>
        <w:br/>
        <w:t>例：生活介護18事業所と放課後等デイサービス5事業所を運営している場合、法人全体では23事業所ですが、第51条の2は18、第21条の5の26は5であるため、いずれも「20未満」です。</w:t>
      </w:r>
    </w:p>
    <w:p w14:paraId="6E146C6A" w14:textId="77777777" w:rsidR="00E94AA2" w:rsidRDefault="009D6589">
      <w:pPr>
        <w:spacing w:after="80"/>
        <w:rPr>
          <w:b/>
          <w:color w:val="C00000"/>
          <w:sz w:val="20"/>
          <w:lang w:eastAsia="ja-JP"/>
        </w:rPr>
      </w:pPr>
      <w:r>
        <w:rPr>
          <w:b/>
          <w:color w:val="C00000"/>
          <w:sz w:val="20"/>
          <w:lang w:eastAsia="ja-JP"/>
        </w:rPr>
        <w:t>【記入上の留意事項】</w:t>
      </w:r>
    </w:p>
    <w:p w14:paraId="55C756BE" w14:textId="77777777" w:rsidR="000E5373" w:rsidRDefault="009D6589">
      <w:pPr>
        <w:spacing w:after="80"/>
        <w:rPr>
          <w:color w:val="000000" w:themeColor="text1"/>
          <w:lang w:eastAsia="ja-JP"/>
        </w:rPr>
      </w:pPr>
      <w:r w:rsidRPr="000E5373">
        <w:rPr>
          <w:color w:val="000000" w:themeColor="text1"/>
          <w:lang w:eastAsia="ja-JP"/>
        </w:rPr>
        <w:t>各設問について該当する選択肢にチェックし、必要に応じて具体的な内容・方法を記入してください。</w:t>
      </w:r>
    </w:p>
    <w:p w14:paraId="0E5D6AAF" w14:textId="4DD05E28" w:rsidR="003F3A74" w:rsidRPr="000E5373" w:rsidRDefault="000E5373">
      <w:pPr>
        <w:spacing w:after="80"/>
        <w:rPr>
          <w:color w:val="000000" w:themeColor="text1"/>
          <w:lang w:eastAsia="ja-JP"/>
        </w:rPr>
      </w:pPr>
      <w:r>
        <w:rPr>
          <w:rFonts w:hint="eastAsia"/>
          <w:color w:val="000000" w:themeColor="text1"/>
          <w:lang w:eastAsia="ja-JP"/>
        </w:rPr>
        <w:t>※</w:t>
      </w:r>
      <w:r w:rsidRPr="000E5373">
        <w:rPr>
          <w:color w:val="000000" w:themeColor="text1"/>
          <w:lang w:eastAsia="ja-JP"/>
        </w:rPr>
        <w:t>本点検</w:t>
      </w:r>
      <w:r>
        <w:rPr>
          <w:rFonts w:hint="eastAsia"/>
          <w:color w:val="000000" w:themeColor="text1"/>
          <w:lang w:eastAsia="ja-JP"/>
        </w:rPr>
        <w:t>票</w:t>
      </w:r>
      <w:r w:rsidRPr="000E5373">
        <w:rPr>
          <w:color w:val="000000" w:themeColor="text1"/>
          <w:lang w:eastAsia="ja-JP"/>
        </w:rPr>
        <w:t>では、根拠資料等の提出・提示を求めるものではありません。</w:t>
      </w:r>
    </w:p>
    <w:tbl>
      <w:tblPr>
        <w:tblStyle w:val="afe"/>
        <w:tblW w:w="0" w:type="auto"/>
        <w:jc w:val="center"/>
        <w:tblLayout w:type="fixed"/>
        <w:tblLook w:val="04A0" w:firstRow="1" w:lastRow="0" w:firstColumn="1" w:lastColumn="0" w:noHBand="0" w:noVBand="1"/>
      </w:tblPr>
      <w:tblGrid>
        <w:gridCol w:w="2268"/>
        <w:gridCol w:w="7824"/>
      </w:tblGrid>
      <w:tr w:rsidR="003F3A74" w14:paraId="2B72A728" w14:textId="77777777" w:rsidTr="761409E2">
        <w:trPr>
          <w:tblHeader/>
          <w:jc w:val="center"/>
        </w:trPr>
        <w:tc>
          <w:tcPr>
            <w:tcW w:w="2268" w:type="dxa"/>
            <w:shd w:val="clear" w:color="auto" w:fill="D9E2F3"/>
            <w:tcMar>
              <w:top w:w="120" w:type="dxa"/>
              <w:left w:w="120" w:type="dxa"/>
              <w:bottom w:w="120" w:type="dxa"/>
              <w:right w:w="120" w:type="dxa"/>
            </w:tcMar>
          </w:tcPr>
          <w:p w14:paraId="7707FC3E" w14:textId="77777777" w:rsidR="003F3A74" w:rsidRDefault="009D6589">
            <w:pPr>
              <w:jc w:val="center"/>
            </w:pPr>
            <w:r>
              <w:rPr>
                <w:b/>
              </w:rPr>
              <w:t>項目</w:t>
            </w:r>
          </w:p>
        </w:tc>
        <w:tc>
          <w:tcPr>
            <w:tcW w:w="7824" w:type="dxa"/>
            <w:shd w:val="clear" w:color="auto" w:fill="D9E2F3"/>
            <w:tcMar>
              <w:top w:w="120" w:type="dxa"/>
              <w:left w:w="120" w:type="dxa"/>
              <w:bottom w:w="120" w:type="dxa"/>
              <w:right w:w="120" w:type="dxa"/>
            </w:tcMar>
          </w:tcPr>
          <w:p w14:paraId="2D3315DD" w14:textId="77777777" w:rsidR="003F3A74" w:rsidRDefault="009D6589">
            <w:pPr>
              <w:jc w:val="center"/>
            </w:pPr>
            <w:r>
              <w:rPr>
                <w:b/>
              </w:rPr>
              <w:t>点　検　内　容</w:t>
            </w:r>
          </w:p>
        </w:tc>
      </w:tr>
      <w:tr w:rsidR="003F3A74" w14:paraId="40F0F2D1" w14:textId="77777777" w:rsidTr="761409E2">
        <w:trPr>
          <w:jc w:val="center"/>
        </w:trPr>
        <w:tc>
          <w:tcPr>
            <w:tcW w:w="2268" w:type="dxa"/>
            <w:vMerge w:val="restart"/>
            <w:shd w:val="clear" w:color="auto" w:fill="EAF2F8"/>
            <w:tcMar>
              <w:top w:w="105" w:type="dxa"/>
              <w:left w:w="105" w:type="dxa"/>
              <w:bottom w:w="105" w:type="dxa"/>
              <w:right w:w="105" w:type="dxa"/>
            </w:tcMar>
            <w:vAlign w:val="center"/>
          </w:tcPr>
          <w:p w14:paraId="33D8D73A" w14:textId="77777777" w:rsidR="003F3A74" w:rsidRDefault="009D6589">
            <w:pPr>
              <w:jc w:val="center"/>
              <w:rPr>
                <w:lang w:eastAsia="ja-JP"/>
              </w:rPr>
            </w:pPr>
            <w:r>
              <w:rPr>
                <w:b/>
                <w:lang w:eastAsia="ja-JP"/>
              </w:rPr>
              <w:t>1　法令遵守に対する方針・経営関与</w:t>
            </w:r>
          </w:p>
        </w:tc>
        <w:tc>
          <w:tcPr>
            <w:tcW w:w="7824" w:type="dxa"/>
            <w:tcMar>
              <w:top w:w="105" w:type="dxa"/>
              <w:left w:w="105" w:type="dxa"/>
              <w:bottom w:w="105" w:type="dxa"/>
              <w:right w:w="105" w:type="dxa"/>
            </w:tcMar>
            <w:vAlign w:val="center"/>
          </w:tcPr>
          <w:p w14:paraId="28283A7C" w14:textId="45093769" w:rsidR="003F3A74" w:rsidRDefault="009D6589" w:rsidP="00184F75">
            <w:pPr>
              <w:spacing w:after="30"/>
              <w:rPr>
                <w:lang w:eastAsia="ja-JP"/>
              </w:rPr>
            </w:pPr>
            <w:r>
              <w:rPr>
                <w:b/>
                <w:lang w:eastAsia="ja-JP"/>
              </w:rPr>
              <w:t xml:space="preserve">1-1　</w:t>
            </w:r>
            <w:r>
              <w:rPr>
                <w:b/>
                <w:color w:val="404040"/>
                <w:lang w:eastAsia="ja-JP"/>
              </w:rPr>
              <w:t>経営者（経営陣）は、法令等遵守に関する方針・考え方を明確にし、全従業者へ周知していますか。</w:t>
            </w:r>
            <w:r w:rsidR="00184F75">
              <w:rPr>
                <w:rFonts w:hint="eastAsia"/>
                <w:b/>
                <w:color w:val="404040"/>
                <w:lang w:eastAsia="ja-JP"/>
              </w:rPr>
              <w:t xml:space="preserve">　</w:t>
            </w:r>
            <w:sdt>
              <w:sdtPr>
                <w:rPr>
                  <w:lang w:eastAsia="ja-JP"/>
                </w:rPr>
                <w:alias w:val="チェックボックス4"/>
                <w:tag w:val="CB_4"/>
                <w:id w:val="-1799065282"/>
                <w14:checkbox>
                  <w14:checked w14:val="0"/>
                  <w14:checkedState w14:val="2612" w14:font="ＭＳ ゴシック"/>
                  <w14:uncheckedState w14:val="2610" w14:font="ＭＳ ゴシック"/>
                </w14:checkbox>
              </w:sdtPr>
              <w:sdtEndPr/>
              <w:sdtContent>
                <w:r w:rsidR="00184F75">
                  <w:rPr>
                    <w:rFonts w:ascii="ＭＳ ゴシック" w:eastAsia="ＭＳ ゴシック" w:hAnsi="ＭＳ ゴシック" w:hint="eastAsia"/>
                    <w:lang w:eastAsia="ja-JP"/>
                  </w:rPr>
                  <w:t>☐</w:t>
                </w:r>
              </w:sdtContent>
            </w:sdt>
            <w:r w:rsidR="00184F75" w:rsidRPr="761409E2">
              <w:rPr>
                <w:szCs w:val="18"/>
                <w:lang w:eastAsia="ja-JP"/>
              </w:rPr>
              <w:t xml:space="preserve"> はい　　</w:t>
            </w:r>
            <w:sdt>
              <w:sdtPr>
                <w:rPr>
                  <w:lang w:eastAsia="ja-JP"/>
                </w:rPr>
                <w:alias w:val="チェックボックス5"/>
                <w:tag w:val="CB_5"/>
                <w:id w:val="-1316796010"/>
                <w14:checkbox>
                  <w14:checked w14:val="0"/>
                  <w14:checkedState w14:val="2612" w14:font="ＭＳ ゴシック"/>
                  <w14:uncheckedState w14:val="2610" w14:font="ＭＳ ゴシック"/>
                </w14:checkbox>
              </w:sdtPr>
              <w:sdtEndPr/>
              <w:sdtContent>
                <w:r w:rsidR="00184F75" w:rsidRPr="761409E2">
                  <w:rPr>
                    <w:rFonts w:ascii="ＭＳ ゴシック" w:eastAsia="ＭＳ ゴシック" w:hAnsi="ＭＳ ゴシック" w:cs="ＭＳ ゴシック"/>
                    <w:szCs w:val="18"/>
                    <w:lang w:eastAsia="ja-JP"/>
                  </w:rPr>
                  <w:t>☐</w:t>
                </w:r>
              </w:sdtContent>
            </w:sdt>
            <w:r w:rsidR="00184F75" w:rsidRPr="761409E2">
              <w:rPr>
                <w:szCs w:val="18"/>
                <w:lang w:eastAsia="ja-JP"/>
              </w:rPr>
              <w:t xml:space="preserve"> いいえ</w:t>
            </w:r>
          </w:p>
          <w:p w14:paraId="66D97F2D" w14:textId="77777777" w:rsidR="003F3A74" w:rsidRDefault="009D6589">
            <w:pPr>
              <w:spacing w:before="40" w:after="40"/>
              <w:rPr>
                <w:lang w:eastAsia="ja-JP"/>
              </w:rPr>
            </w:pPr>
            <w:r>
              <w:rPr>
                <w:lang w:eastAsia="ja-JP"/>
              </w:rPr>
              <w:t xml:space="preserve">具体的な内容：　　　　　　　　　　　　　　　　　　　　　　　　　　　　　　　　　</w:t>
            </w:r>
          </w:p>
          <w:p w14:paraId="79B93DF9" w14:textId="77777777" w:rsidR="003F3A74" w:rsidRDefault="009D6589">
            <w:pPr>
              <w:spacing w:after="30"/>
              <w:rPr>
                <w:lang w:eastAsia="ja-JP"/>
              </w:rPr>
            </w:pPr>
            <w:r>
              <w:rPr>
                <w:lang w:eastAsia="ja-JP"/>
              </w:rPr>
              <w:t xml:space="preserve">　　　　　　　　　　　　　　　　　　　　　　　　　　　　　　　　　　　　　　　　</w:t>
            </w:r>
          </w:p>
          <w:p w14:paraId="6B51182E" w14:textId="77777777" w:rsidR="003F3A74" w:rsidRDefault="009D6589">
            <w:pPr>
              <w:spacing w:after="30"/>
              <w:rPr>
                <w:lang w:eastAsia="ja-JP"/>
              </w:rPr>
            </w:pPr>
            <w:r>
              <w:rPr>
                <w:b/>
                <w:color w:val="1F4E79"/>
                <w:sz w:val="16"/>
                <w:lang w:eastAsia="ja-JP"/>
              </w:rPr>
              <w:t>補足：</w:t>
            </w:r>
            <w:r>
              <w:rPr>
                <w:color w:val="404040"/>
                <w:sz w:val="16"/>
                <w:lang w:eastAsia="ja-JP"/>
              </w:rPr>
              <w:t>周知方法（例：研修、会議、文書配布、共有システム）及び浸透を図る取組を記載してください。</w:t>
            </w:r>
          </w:p>
        </w:tc>
      </w:tr>
      <w:tr w:rsidR="003F3A74" w14:paraId="217CE390" w14:textId="77777777" w:rsidTr="761409E2">
        <w:trPr>
          <w:jc w:val="center"/>
        </w:trPr>
        <w:tc>
          <w:tcPr>
            <w:tcW w:w="5270" w:type="dxa"/>
            <w:vMerge/>
            <w:tcMar>
              <w:top w:w="105" w:type="dxa"/>
              <w:left w:w="105" w:type="dxa"/>
              <w:bottom w:w="105" w:type="dxa"/>
              <w:right w:w="105" w:type="dxa"/>
            </w:tcMar>
            <w:vAlign w:val="center"/>
          </w:tcPr>
          <w:p w14:paraId="0A37501D" w14:textId="77777777" w:rsidR="003F3A74" w:rsidRDefault="003F3A74">
            <w:pPr>
              <w:rPr>
                <w:lang w:eastAsia="ja-JP"/>
              </w:rPr>
            </w:pPr>
          </w:p>
        </w:tc>
        <w:tc>
          <w:tcPr>
            <w:tcW w:w="7824" w:type="dxa"/>
            <w:tcMar>
              <w:top w:w="105" w:type="dxa"/>
              <w:left w:w="105" w:type="dxa"/>
              <w:bottom w:w="105" w:type="dxa"/>
              <w:right w:w="105" w:type="dxa"/>
            </w:tcMar>
            <w:vAlign w:val="center"/>
          </w:tcPr>
          <w:p w14:paraId="1B93F2B1" w14:textId="77777777" w:rsidR="003F3A74" w:rsidRDefault="009D6589">
            <w:pPr>
              <w:keepNext/>
              <w:spacing w:after="30"/>
              <w:rPr>
                <w:lang w:eastAsia="ja-JP"/>
              </w:rPr>
            </w:pPr>
            <w:r>
              <w:rPr>
                <w:b/>
                <w:lang w:eastAsia="ja-JP"/>
              </w:rPr>
              <w:t xml:space="preserve">1-2　</w:t>
            </w:r>
            <w:r>
              <w:rPr>
                <w:b/>
                <w:color w:val="404040"/>
                <w:lang w:eastAsia="ja-JP"/>
              </w:rPr>
              <w:t>経営者（経営陣）は、法令等遵守の状況について、法令遵守責任者等から定期的に報告を受け、必要な指示・承認を行っていますか。</w:t>
            </w:r>
          </w:p>
          <w:p w14:paraId="492914D3" w14:textId="313219AD" w:rsidR="003F3A74" w:rsidRDefault="004F6019">
            <w:pPr>
              <w:spacing w:after="30"/>
              <w:rPr>
                <w:lang w:eastAsia="ja-JP"/>
              </w:rPr>
            </w:pPr>
            <w:sdt>
              <w:sdtPr>
                <w:rPr>
                  <w:lang w:eastAsia="ja-JP"/>
                </w:rPr>
                <w:alias w:val="チェックボックス4"/>
                <w:tag w:val="CB_4"/>
                <w:id w:val="1173559309"/>
                <w14:checkbox>
                  <w14:checked w14:val="0"/>
                  <w14:checkedState w14:val="2612" w14:font="ＭＳ ゴシック"/>
                  <w14:uncheckedState w14:val="2610" w14:font="ＭＳ ゴシック"/>
                </w14:checkbox>
              </w:sdtPr>
              <w:sdtEndPr/>
              <w:sdtContent>
                <w:r w:rsidR="000E5373">
                  <w:rPr>
                    <w:rFonts w:ascii="ＭＳ ゴシック" w:eastAsia="ＭＳ ゴシック" w:hAnsi="ＭＳ ゴシック" w:hint="eastAsia"/>
                    <w:lang w:eastAsia="ja-JP"/>
                  </w:rPr>
                  <w:t>☐</w:t>
                </w:r>
              </w:sdtContent>
            </w:sdt>
            <w:r w:rsidR="7BCF92CC" w:rsidRPr="761409E2">
              <w:rPr>
                <w:szCs w:val="18"/>
                <w:lang w:eastAsia="ja-JP"/>
              </w:rPr>
              <w:t xml:space="preserve"> はい　　</w:t>
            </w:r>
            <w:sdt>
              <w:sdtPr>
                <w:rPr>
                  <w:lang w:eastAsia="ja-JP"/>
                </w:rPr>
                <w:alias w:val="チェックボックス5"/>
                <w:tag w:val="CB_5"/>
                <w:id w:val="1707162995"/>
                <w14:checkbox>
                  <w14:checked w14:val="0"/>
                  <w14:checkedState w14:val="2612" w14:font="ＭＳ ゴシック"/>
                  <w14:uncheckedState w14:val="2610" w14:font="ＭＳ ゴシック"/>
                </w14:checkbox>
              </w:sdtPr>
              <w:sdtEndPr/>
              <w:sdtContent>
                <w:r w:rsidR="7BCF92CC" w:rsidRPr="761409E2">
                  <w:rPr>
                    <w:rFonts w:ascii="ＭＳ ゴシック" w:eastAsia="ＭＳ ゴシック" w:hAnsi="ＭＳ ゴシック" w:cs="ＭＳ ゴシック"/>
                    <w:szCs w:val="18"/>
                    <w:lang w:eastAsia="ja-JP"/>
                  </w:rPr>
                  <w:t>☐</w:t>
                </w:r>
              </w:sdtContent>
            </w:sdt>
            <w:r w:rsidR="761409E2" w:rsidRPr="761409E2">
              <w:rPr>
                <w:szCs w:val="18"/>
                <w:lang w:eastAsia="ja-JP"/>
              </w:rPr>
              <w:t xml:space="preserve"> いいえ</w:t>
            </w:r>
          </w:p>
          <w:p w14:paraId="4F064AFC" w14:textId="77777777" w:rsidR="003F3A74" w:rsidRDefault="009D6589">
            <w:pPr>
              <w:spacing w:before="40" w:after="40"/>
              <w:rPr>
                <w:lang w:eastAsia="ja-JP"/>
              </w:rPr>
            </w:pPr>
            <w:r>
              <w:rPr>
                <w:lang w:eastAsia="ja-JP"/>
              </w:rPr>
              <w:t xml:space="preserve">具体的な内容：　　　　　　　　　　　　　　　　　　　　　　　　　　　　　　　　　</w:t>
            </w:r>
          </w:p>
          <w:p w14:paraId="4565E72B" w14:textId="77777777" w:rsidR="003F3A74" w:rsidRDefault="009D6589">
            <w:pPr>
              <w:spacing w:after="30"/>
              <w:rPr>
                <w:lang w:eastAsia="ja-JP"/>
              </w:rPr>
            </w:pPr>
            <w:r>
              <w:rPr>
                <w:lang w:eastAsia="ja-JP"/>
              </w:rPr>
              <w:t xml:space="preserve">　　　　　　　　　　　　　　　　　　　　　　　　　　　　　　　　　　　　　　　　</w:t>
            </w:r>
          </w:p>
          <w:p w14:paraId="68BC9889" w14:textId="77777777" w:rsidR="003F3A74" w:rsidRDefault="009D6589">
            <w:pPr>
              <w:spacing w:after="30"/>
              <w:rPr>
                <w:lang w:eastAsia="ja-JP"/>
              </w:rPr>
            </w:pPr>
            <w:r>
              <w:rPr>
                <w:b/>
                <w:color w:val="1F4E79"/>
                <w:sz w:val="16"/>
                <w:lang w:eastAsia="ja-JP"/>
              </w:rPr>
              <w:t>補足：</w:t>
            </w:r>
            <w:r>
              <w:rPr>
                <w:color w:val="404040"/>
                <w:sz w:val="16"/>
                <w:lang w:eastAsia="ja-JP"/>
              </w:rPr>
              <w:t>報告の頻度、会議等の名称、主な報告事項を記載してください。</w:t>
            </w:r>
          </w:p>
        </w:tc>
      </w:tr>
      <w:tr w:rsidR="003F3A74" w14:paraId="4CC8221A" w14:textId="77777777" w:rsidTr="761409E2">
        <w:trPr>
          <w:jc w:val="center"/>
        </w:trPr>
        <w:tc>
          <w:tcPr>
            <w:tcW w:w="2268" w:type="dxa"/>
            <w:vMerge w:val="restart"/>
            <w:shd w:val="clear" w:color="auto" w:fill="EAF2F8"/>
            <w:tcMar>
              <w:top w:w="105" w:type="dxa"/>
              <w:left w:w="105" w:type="dxa"/>
              <w:bottom w:w="105" w:type="dxa"/>
              <w:right w:w="105" w:type="dxa"/>
            </w:tcMar>
            <w:vAlign w:val="center"/>
          </w:tcPr>
          <w:p w14:paraId="43DC03FF" w14:textId="77777777" w:rsidR="003F3A74" w:rsidRDefault="009D6589">
            <w:pPr>
              <w:jc w:val="center"/>
              <w:rPr>
                <w:lang w:eastAsia="ja-JP"/>
              </w:rPr>
            </w:pPr>
            <w:r>
              <w:rPr>
                <w:b/>
                <w:lang w:eastAsia="ja-JP"/>
              </w:rPr>
              <w:lastRenderedPageBreak/>
              <w:t>2　法令遵守責任者の役割及び業務内容</w:t>
            </w:r>
          </w:p>
        </w:tc>
        <w:tc>
          <w:tcPr>
            <w:tcW w:w="7824" w:type="dxa"/>
            <w:tcMar>
              <w:top w:w="105" w:type="dxa"/>
              <w:left w:w="105" w:type="dxa"/>
              <w:bottom w:w="105" w:type="dxa"/>
              <w:right w:w="105" w:type="dxa"/>
            </w:tcMar>
            <w:vAlign w:val="center"/>
          </w:tcPr>
          <w:p w14:paraId="4612BB32" w14:textId="77777777" w:rsidR="003F3A74" w:rsidRDefault="009D6589">
            <w:pPr>
              <w:keepNext/>
              <w:spacing w:after="30"/>
              <w:rPr>
                <w:lang w:eastAsia="ja-JP"/>
              </w:rPr>
            </w:pPr>
            <w:r>
              <w:rPr>
                <w:b/>
                <w:lang w:eastAsia="ja-JP"/>
              </w:rPr>
              <w:t xml:space="preserve">2-1　</w:t>
            </w:r>
            <w:r>
              <w:rPr>
                <w:b/>
                <w:color w:val="404040"/>
                <w:lang w:eastAsia="ja-JP"/>
              </w:rPr>
              <w:t>法令遵守責任者を選任し、届出内容と現在の選任状況が一致していますか。</w:t>
            </w:r>
          </w:p>
          <w:p w14:paraId="3DC8C2CC" w14:textId="77777777" w:rsidR="003F3A74" w:rsidRDefault="004F6019">
            <w:pPr>
              <w:spacing w:after="30"/>
              <w:rPr>
                <w:lang w:eastAsia="ja-JP"/>
              </w:rPr>
            </w:pPr>
            <w:sdt>
              <w:sdtPr>
                <w:rPr>
                  <w:lang w:eastAsia="ja-JP"/>
                </w:rPr>
                <w:alias w:val="チェックボックス6"/>
                <w:tag w:val="CB_6"/>
                <w:id w:val="1381552381"/>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7"/>
                <w:tag w:val="CB_7"/>
                <w:id w:val="459118841"/>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4255FE7D" w14:textId="77777777" w:rsidR="003F3A74" w:rsidRDefault="009D6589">
            <w:pPr>
              <w:spacing w:after="30"/>
              <w:rPr>
                <w:lang w:eastAsia="ja-JP"/>
              </w:rPr>
            </w:pPr>
            <w:r>
              <w:rPr>
                <w:b/>
                <w:color w:val="1F4E79"/>
                <w:sz w:val="16"/>
                <w:lang w:eastAsia="ja-JP"/>
              </w:rPr>
              <w:t>補足：</w:t>
            </w:r>
            <w:r>
              <w:rPr>
                <w:color w:val="404040"/>
                <w:sz w:val="16"/>
                <w:lang w:eastAsia="ja-JP"/>
              </w:rPr>
              <w:t>変更があった場合は、遅滞なく変更の届出を行います。</w:t>
            </w:r>
          </w:p>
        </w:tc>
      </w:tr>
      <w:tr w:rsidR="003F3A74" w14:paraId="30D3C52E" w14:textId="77777777" w:rsidTr="761409E2">
        <w:trPr>
          <w:jc w:val="center"/>
        </w:trPr>
        <w:tc>
          <w:tcPr>
            <w:tcW w:w="5270" w:type="dxa"/>
            <w:vMerge/>
            <w:tcMar>
              <w:top w:w="105" w:type="dxa"/>
              <w:left w:w="105" w:type="dxa"/>
              <w:bottom w:w="105" w:type="dxa"/>
              <w:right w:w="105" w:type="dxa"/>
            </w:tcMar>
            <w:vAlign w:val="center"/>
          </w:tcPr>
          <w:p w14:paraId="5DAB6C7B" w14:textId="77777777" w:rsidR="003F3A74" w:rsidRDefault="003F3A74">
            <w:pPr>
              <w:rPr>
                <w:lang w:eastAsia="ja-JP"/>
              </w:rPr>
            </w:pPr>
          </w:p>
        </w:tc>
        <w:tc>
          <w:tcPr>
            <w:tcW w:w="7824" w:type="dxa"/>
            <w:tcMar>
              <w:top w:w="105" w:type="dxa"/>
              <w:left w:w="105" w:type="dxa"/>
              <w:bottom w:w="105" w:type="dxa"/>
              <w:right w:w="105" w:type="dxa"/>
            </w:tcMar>
            <w:vAlign w:val="center"/>
          </w:tcPr>
          <w:p w14:paraId="6B83CDD2" w14:textId="77777777" w:rsidR="003F3A74" w:rsidRDefault="009D6589">
            <w:pPr>
              <w:keepNext/>
              <w:spacing w:after="30"/>
              <w:rPr>
                <w:lang w:eastAsia="ja-JP"/>
              </w:rPr>
            </w:pPr>
            <w:r>
              <w:rPr>
                <w:b/>
                <w:lang w:eastAsia="ja-JP"/>
              </w:rPr>
              <w:t xml:space="preserve">2-2　</w:t>
            </w:r>
            <w:r>
              <w:rPr>
                <w:b/>
                <w:color w:val="404040"/>
                <w:lang w:eastAsia="ja-JP"/>
              </w:rPr>
              <w:t>法令遵守責任者の組織上の位置付け、役割及び権限を明確にしていますか。</w:t>
            </w:r>
          </w:p>
          <w:p w14:paraId="2BAC4561" w14:textId="77777777" w:rsidR="003F3A74" w:rsidRDefault="004F6019">
            <w:pPr>
              <w:spacing w:after="30"/>
              <w:rPr>
                <w:lang w:eastAsia="ja-JP"/>
              </w:rPr>
            </w:pPr>
            <w:sdt>
              <w:sdtPr>
                <w:rPr>
                  <w:lang w:eastAsia="ja-JP"/>
                </w:rPr>
                <w:alias w:val="チェックボックス8"/>
                <w:tag w:val="CB_8"/>
                <w:id w:val="1432657482"/>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9"/>
                <w:tag w:val="CB_9"/>
                <w:id w:val="1985182308"/>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0E76E8DF" w14:textId="77777777" w:rsidR="003F3A74" w:rsidRDefault="009D6589">
            <w:pPr>
              <w:spacing w:before="40" w:after="40"/>
              <w:rPr>
                <w:lang w:eastAsia="ja-JP"/>
              </w:rPr>
            </w:pPr>
            <w:r>
              <w:rPr>
                <w:lang w:eastAsia="ja-JP"/>
              </w:rPr>
              <w:t xml:space="preserve">具体的な内容：　　　　　　　　　　　　　　　　　　　　　　　　　　　　　　　　　</w:t>
            </w:r>
          </w:p>
          <w:p w14:paraId="1AD3F17D" w14:textId="77777777" w:rsidR="003F3A74" w:rsidRDefault="009D6589">
            <w:pPr>
              <w:spacing w:after="30"/>
              <w:rPr>
                <w:lang w:eastAsia="ja-JP"/>
              </w:rPr>
            </w:pPr>
            <w:r>
              <w:rPr>
                <w:lang w:eastAsia="ja-JP"/>
              </w:rPr>
              <w:t xml:space="preserve">　　　　　　　　　　　　　　　　　　　　　　　　　　　　　　　　　　　　　　　　</w:t>
            </w:r>
          </w:p>
          <w:p w14:paraId="6CC66A0B" w14:textId="77777777" w:rsidR="003F3A74" w:rsidRDefault="009D6589">
            <w:pPr>
              <w:spacing w:after="30"/>
              <w:rPr>
                <w:lang w:eastAsia="ja-JP"/>
              </w:rPr>
            </w:pPr>
            <w:r>
              <w:rPr>
                <w:b/>
                <w:color w:val="1F4E79"/>
                <w:sz w:val="16"/>
                <w:lang w:eastAsia="ja-JP"/>
              </w:rPr>
              <w:t>補足：</w:t>
            </w:r>
            <w:r>
              <w:rPr>
                <w:color w:val="404040"/>
                <w:sz w:val="16"/>
                <w:lang w:eastAsia="ja-JP"/>
              </w:rPr>
              <w:t>例：職務分掌、規程、辞令等により、確認・報告・改善に関する役割を明確にします。</w:t>
            </w:r>
          </w:p>
        </w:tc>
      </w:tr>
      <w:tr w:rsidR="003F3A74" w14:paraId="466B2879" w14:textId="77777777" w:rsidTr="761409E2">
        <w:trPr>
          <w:jc w:val="center"/>
        </w:trPr>
        <w:tc>
          <w:tcPr>
            <w:tcW w:w="5270" w:type="dxa"/>
            <w:vMerge/>
            <w:tcMar>
              <w:top w:w="105" w:type="dxa"/>
              <w:left w:w="105" w:type="dxa"/>
              <w:bottom w:w="105" w:type="dxa"/>
              <w:right w:w="105" w:type="dxa"/>
            </w:tcMar>
            <w:vAlign w:val="center"/>
          </w:tcPr>
          <w:p w14:paraId="02EB378F" w14:textId="77777777" w:rsidR="003F3A74" w:rsidRDefault="003F3A74">
            <w:pPr>
              <w:rPr>
                <w:lang w:eastAsia="ja-JP"/>
              </w:rPr>
            </w:pPr>
          </w:p>
        </w:tc>
        <w:tc>
          <w:tcPr>
            <w:tcW w:w="7824" w:type="dxa"/>
            <w:tcMar>
              <w:top w:w="105" w:type="dxa"/>
              <w:left w:w="105" w:type="dxa"/>
              <w:bottom w:w="105" w:type="dxa"/>
              <w:right w:w="105" w:type="dxa"/>
            </w:tcMar>
            <w:vAlign w:val="center"/>
          </w:tcPr>
          <w:p w14:paraId="192248FB" w14:textId="77777777" w:rsidR="003F3A74" w:rsidRDefault="009D6589">
            <w:pPr>
              <w:keepNext/>
              <w:spacing w:after="30"/>
              <w:rPr>
                <w:lang w:eastAsia="ja-JP"/>
              </w:rPr>
            </w:pPr>
            <w:r>
              <w:rPr>
                <w:b/>
                <w:lang w:eastAsia="ja-JP"/>
              </w:rPr>
              <w:t xml:space="preserve">2-3　</w:t>
            </w:r>
            <w:r>
              <w:rPr>
                <w:b/>
                <w:color w:val="404040"/>
                <w:lang w:eastAsia="ja-JP"/>
              </w:rPr>
              <w:t>法令遵守責任者が実際に行っている業務内容を具体的に記載してください。</w:t>
            </w:r>
          </w:p>
          <w:p w14:paraId="37CB6547" w14:textId="77777777" w:rsidR="003F3A74" w:rsidRDefault="009D6589">
            <w:pPr>
              <w:spacing w:before="40" w:after="40"/>
              <w:rPr>
                <w:lang w:eastAsia="ja-JP"/>
              </w:rPr>
            </w:pPr>
            <w:r>
              <w:rPr>
                <w:lang w:eastAsia="ja-JP"/>
              </w:rPr>
              <w:t xml:space="preserve">具体的な内容：　　　　　　　　　　　　　　　　　　　　　　　　　　　　　　　　　</w:t>
            </w:r>
          </w:p>
          <w:p w14:paraId="499F9404" w14:textId="77777777" w:rsidR="003F3A74" w:rsidRDefault="009D6589">
            <w:pPr>
              <w:spacing w:after="30"/>
              <w:rPr>
                <w:lang w:eastAsia="ja-JP"/>
              </w:rPr>
            </w:pPr>
            <w:r>
              <w:rPr>
                <w:lang w:eastAsia="ja-JP"/>
              </w:rPr>
              <w:t xml:space="preserve">　　　　　　　　　　　　　　　　　　　　　　　　　　　　　　　　　　　　　　　　</w:t>
            </w:r>
          </w:p>
          <w:p w14:paraId="21654C02" w14:textId="77777777" w:rsidR="003F3A74" w:rsidRDefault="009D6589">
            <w:pPr>
              <w:spacing w:after="30"/>
              <w:rPr>
                <w:lang w:eastAsia="ja-JP"/>
              </w:rPr>
            </w:pPr>
            <w:r>
              <w:rPr>
                <w:b/>
                <w:color w:val="1F4E79"/>
                <w:sz w:val="16"/>
                <w:lang w:eastAsia="ja-JP"/>
              </w:rPr>
              <w:t>補足：</w:t>
            </w:r>
            <w:r>
              <w:rPr>
                <w:color w:val="404040"/>
                <w:sz w:val="16"/>
                <w:lang w:eastAsia="ja-JP"/>
              </w:rPr>
              <w:t>例：法令改正情報の収集、各事業所の遵守状況の把握、経営者への報告、問題発生時の調査・改善の取りまとめ、研修・周知の確認。</w:t>
            </w:r>
          </w:p>
        </w:tc>
      </w:tr>
      <w:tr w:rsidR="003F3A74" w14:paraId="3913BF73" w14:textId="77777777" w:rsidTr="761409E2">
        <w:trPr>
          <w:jc w:val="center"/>
        </w:trPr>
        <w:tc>
          <w:tcPr>
            <w:tcW w:w="5270" w:type="dxa"/>
            <w:vMerge/>
            <w:tcMar>
              <w:top w:w="105" w:type="dxa"/>
              <w:left w:w="105" w:type="dxa"/>
              <w:bottom w:w="105" w:type="dxa"/>
              <w:right w:w="105" w:type="dxa"/>
            </w:tcMar>
            <w:vAlign w:val="center"/>
          </w:tcPr>
          <w:p w14:paraId="6A05A809" w14:textId="77777777" w:rsidR="003F3A74" w:rsidRDefault="003F3A74">
            <w:pPr>
              <w:rPr>
                <w:lang w:eastAsia="ja-JP"/>
              </w:rPr>
            </w:pPr>
          </w:p>
        </w:tc>
        <w:tc>
          <w:tcPr>
            <w:tcW w:w="7824" w:type="dxa"/>
            <w:tcMar>
              <w:top w:w="105" w:type="dxa"/>
              <w:left w:w="105" w:type="dxa"/>
              <w:bottom w:w="105" w:type="dxa"/>
              <w:right w:w="105" w:type="dxa"/>
            </w:tcMar>
            <w:vAlign w:val="center"/>
          </w:tcPr>
          <w:p w14:paraId="56A28CCC" w14:textId="77777777" w:rsidR="003F3A74" w:rsidRDefault="009D6589">
            <w:pPr>
              <w:keepNext/>
              <w:spacing w:after="30"/>
              <w:rPr>
                <w:lang w:eastAsia="ja-JP"/>
              </w:rPr>
            </w:pPr>
            <w:r>
              <w:rPr>
                <w:b/>
                <w:lang w:eastAsia="ja-JP"/>
              </w:rPr>
              <w:t xml:space="preserve">2-4　</w:t>
            </w:r>
            <w:r>
              <w:rPr>
                <w:b/>
                <w:color w:val="404040"/>
                <w:lang w:eastAsia="ja-JP"/>
              </w:rPr>
              <w:t>法令遵守責任者は、各事業所の遵守状況を、どのような方法・頻度で把握し、その結果をどのように評価・改善へつなげていますか。</w:t>
            </w:r>
          </w:p>
          <w:p w14:paraId="4B05E6E5" w14:textId="77777777" w:rsidR="003F3A74" w:rsidRDefault="009D6589">
            <w:pPr>
              <w:spacing w:before="40" w:after="40"/>
              <w:rPr>
                <w:lang w:eastAsia="ja-JP"/>
              </w:rPr>
            </w:pPr>
            <w:r>
              <w:rPr>
                <w:lang w:eastAsia="ja-JP"/>
              </w:rPr>
              <w:t xml:space="preserve">具体的な内容：　　　　　　　　　　　　　　　　　　　　　　　　　　　　　　　　　</w:t>
            </w:r>
          </w:p>
          <w:p w14:paraId="2A1F65DB" w14:textId="77777777" w:rsidR="003F3A74" w:rsidRDefault="009D6589">
            <w:pPr>
              <w:spacing w:after="30"/>
              <w:rPr>
                <w:lang w:eastAsia="ja-JP"/>
              </w:rPr>
            </w:pPr>
            <w:r>
              <w:rPr>
                <w:lang w:eastAsia="ja-JP"/>
              </w:rPr>
              <w:t xml:space="preserve">　　　　　　　　　　　　　　　　　　　　　　　　　　　　　　　　　　　　　　　　</w:t>
            </w:r>
          </w:p>
          <w:p w14:paraId="13C0FF16" w14:textId="77777777" w:rsidR="003F3A74" w:rsidRDefault="009D6589">
            <w:pPr>
              <w:spacing w:after="30"/>
              <w:rPr>
                <w:lang w:eastAsia="ja-JP"/>
              </w:rPr>
            </w:pPr>
            <w:r>
              <w:rPr>
                <w:b/>
                <w:color w:val="1F4E79"/>
                <w:sz w:val="16"/>
                <w:lang w:eastAsia="ja-JP"/>
              </w:rPr>
              <w:t>補足：</w:t>
            </w:r>
            <w:r>
              <w:rPr>
                <w:color w:val="404040"/>
                <w:sz w:val="16"/>
                <w:lang w:eastAsia="ja-JP"/>
              </w:rPr>
              <w:t>例：管理者会議、定期報告、自己点検、事故・苦情・請求誤り等の報告を通じて把握します。</w:t>
            </w:r>
          </w:p>
        </w:tc>
      </w:tr>
      <w:tr w:rsidR="003F3A74" w14:paraId="1404423A" w14:textId="77777777" w:rsidTr="761409E2">
        <w:trPr>
          <w:jc w:val="center"/>
        </w:trPr>
        <w:tc>
          <w:tcPr>
            <w:tcW w:w="2268" w:type="dxa"/>
            <w:vMerge w:val="restart"/>
            <w:shd w:val="clear" w:color="auto" w:fill="EAF2F8"/>
            <w:tcMar>
              <w:top w:w="105" w:type="dxa"/>
              <w:left w:w="105" w:type="dxa"/>
              <w:bottom w:w="105" w:type="dxa"/>
              <w:right w:w="105" w:type="dxa"/>
            </w:tcMar>
            <w:vAlign w:val="center"/>
          </w:tcPr>
          <w:p w14:paraId="4F452C17" w14:textId="77777777" w:rsidR="003F3A74" w:rsidRDefault="009D6589">
            <w:pPr>
              <w:jc w:val="center"/>
              <w:rPr>
                <w:lang w:eastAsia="ja-JP"/>
              </w:rPr>
            </w:pPr>
            <w:r>
              <w:rPr>
                <w:b/>
                <w:lang w:eastAsia="ja-JP"/>
              </w:rPr>
              <w:t>3　事業所等との連携・情報共有</w:t>
            </w:r>
          </w:p>
        </w:tc>
        <w:tc>
          <w:tcPr>
            <w:tcW w:w="7824" w:type="dxa"/>
            <w:tcMar>
              <w:top w:w="105" w:type="dxa"/>
              <w:left w:w="105" w:type="dxa"/>
              <w:bottom w:w="105" w:type="dxa"/>
              <w:right w:w="105" w:type="dxa"/>
            </w:tcMar>
            <w:vAlign w:val="center"/>
          </w:tcPr>
          <w:p w14:paraId="3AE2A5AB" w14:textId="77777777" w:rsidR="003F3A74" w:rsidRDefault="009D6589">
            <w:pPr>
              <w:keepNext/>
              <w:spacing w:after="30"/>
              <w:rPr>
                <w:lang w:eastAsia="ja-JP"/>
              </w:rPr>
            </w:pPr>
            <w:r>
              <w:rPr>
                <w:b/>
                <w:lang w:eastAsia="ja-JP"/>
              </w:rPr>
              <w:t xml:space="preserve">3-1　</w:t>
            </w:r>
            <w:r>
              <w:rPr>
                <w:b/>
                <w:color w:val="404040"/>
                <w:lang w:eastAsia="ja-JP"/>
              </w:rPr>
              <w:t>法人本部と各事業所の間で、法令等遵守に関する情報を連絡・交換する機会及び報告・相談の経路を設けていますか。</w:t>
            </w:r>
          </w:p>
          <w:p w14:paraId="6B86456B" w14:textId="77777777" w:rsidR="003F3A74" w:rsidRDefault="004F6019">
            <w:pPr>
              <w:spacing w:after="30"/>
              <w:rPr>
                <w:lang w:eastAsia="ja-JP"/>
              </w:rPr>
            </w:pPr>
            <w:sdt>
              <w:sdtPr>
                <w:rPr>
                  <w:lang w:eastAsia="ja-JP"/>
                </w:rPr>
                <w:alias w:val="チェックボックス10"/>
                <w:tag w:val="CB_10"/>
                <w:id w:val="1391292928"/>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11"/>
                <w:tag w:val="CB_11"/>
                <w:id w:val="425719980"/>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2CD7743C" w14:textId="77777777" w:rsidR="003F3A74" w:rsidRDefault="009D6589">
            <w:pPr>
              <w:spacing w:before="40" w:after="40"/>
              <w:rPr>
                <w:lang w:eastAsia="ja-JP"/>
              </w:rPr>
            </w:pPr>
            <w:r>
              <w:rPr>
                <w:lang w:eastAsia="ja-JP"/>
              </w:rPr>
              <w:t xml:space="preserve">具体的な内容：　　　　　　　　　　　　　　　　　　　　　　　　　　　　　　　　　</w:t>
            </w:r>
          </w:p>
          <w:p w14:paraId="7DD3172A" w14:textId="77777777" w:rsidR="003F3A74" w:rsidRDefault="009D6589">
            <w:pPr>
              <w:spacing w:after="30"/>
              <w:rPr>
                <w:lang w:eastAsia="ja-JP"/>
              </w:rPr>
            </w:pPr>
            <w:r>
              <w:rPr>
                <w:lang w:eastAsia="ja-JP"/>
              </w:rPr>
              <w:t xml:space="preserve">　　　　　　　　　　　　　　　　　　　　　　　　　　　　　　　　　　　　　　　　</w:t>
            </w:r>
          </w:p>
          <w:p w14:paraId="1309998F" w14:textId="77777777" w:rsidR="003F3A74" w:rsidRDefault="009D6589">
            <w:pPr>
              <w:spacing w:after="30"/>
              <w:rPr>
                <w:lang w:eastAsia="ja-JP"/>
              </w:rPr>
            </w:pPr>
            <w:r>
              <w:rPr>
                <w:b/>
                <w:color w:val="1F4E79"/>
                <w:sz w:val="16"/>
                <w:lang w:eastAsia="ja-JP"/>
              </w:rPr>
              <w:t>補足：</w:t>
            </w:r>
            <w:r>
              <w:rPr>
                <w:color w:val="404040"/>
                <w:sz w:val="16"/>
                <w:lang w:eastAsia="ja-JP"/>
              </w:rPr>
              <w:t>会議等の名称、開催頻度、参加者及び主な内容を記載してください。事業規模に応じ、各部門・事業所に担当者を置くことも考えられます。</w:t>
            </w:r>
          </w:p>
        </w:tc>
      </w:tr>
      <w:tr w:rsidR="003F3A74" w14:paraId="744F9DF1" w14:textId="77777777" w:rsidTr="761409E2">
        <w:trPr>
          <w:jc w:val="center"/>
        </w:trPr>
        <w:tc>
          <w:tcPr>
            <w:tcW w:w="5270" w:type="dxa"/>
            <w:vMerge/>
            <w:tcMar>
              <w:top w:w="105" w:type="dxa"/>
              <w:left w:w="105" w:type="dxa"/>
              <w:bottom w:w="105" w:type="dxa"/>
              <w:right w:w="105" w:type="dxa"/>
            </w:tcMar>
            <w:vAlign w:val="center"/>
          </w:tcPr>
          <w:p w14:paraId="5A39BBE3" w14:textId="77777777" w:rsidR="003F3A74" w:rsidRDefault="003F3A74">
            <w:pPr>
              <w:rPr>
                <w:lang w:eastAsia="ja-JP"/>
              </w:rPr>
            </w:pPr>
          </w:p>
        </w:tc>
        <w:tc>
          <w:tcPr>
            <w:tcW w:w="7824" w:type="dxa"/>
            <w:tcMar>
              <w:top w:w="105" w:type="dxa"/>
              <w:left w:w="105" w:type="dxa"/>
              <w:bottom w:w="105" w:type="dxa"/>
              <w:right w:w="105" w:type="dxa"/>
            </w:tcMar>
            <w:vAlign w:val="center"/>
          </w:tcPr>
          <w:p w14:paraId="4CB9F817" w14:textId="77777777" w:rsidR="003F3A74" w:rsidRDefault="009D6589">
            <w:pPr>
              <w:keepNext/>
              <w:spacing w:after="30"/>
              <w:rPr>
                <w:lang w:eastAsia="ja-JP"/>
              </w:rPr>
            </w:pPr>
            <w:r>
              <w:rPr>
                <w:b/>
                <w:lang w:eastAsia="ja-JP"/>
              </w:rPr>
              <w:t xml:space="preserve">3-2　</w:t>
            </w:r>
            <w:r>
              <w:rPr>
                <w:b/>
                <w:color w:val="404040"/>
                <w:lang w:eastAsia="ja-JP"/>
              </w:rPr>
              <w:t>国・自治体等から法令改正、通知、Q&amp;A等の情報を収集し、必要に応じて規程、業務手順、記録様式又は報酬請求等へ反映し、関係者へ周知していますか。</w:t>
            </w:r>
          </w:p>
          <w:p w14:paraId="01DCB21C" w14:textId="77777777" w:rsidR="003F3A74" w:rsidRDefault="004F6019">
            <w:pPr>
              <w:spacing w:after="30"/>
              <w:rPr>
                <w:lang w:eastAsia="ja-JP"/>
              </w:rPr>
            </w:pPr>
            <w:sdt>
              <w:sdtPr>
                <w:rPr>
                  <w:lang w:eastAsia="ja-JP"/>
                </w:rPr>
                <w:alias w:val="チェックボックス12"/>
                <w:tag w:val="CB_12"/>
                <w:id w:val="1942055991"/>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13"/>
                <w:tag w:val="CB_13"/>
                <w:id w:val="1559927627"/>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4693F691" w14:textId="77777777" w:rsidR="003F3A74" w:rsidRDefault="009D6589">
            <w:pPr>
              <w:spacing w:before="40" w:after="40"/>
              <w:rPr>
                <w:lang w:eastAsia="ja-JP"/>
              </w:rPr>
            </w:pPr>
            <w:r>
              <w:rPr>
                <w:lang w:eastAsia="ja-JP"/>
              </w:rPr>
              <w:t xml:space="preserve">具体的な内容：　　　　　　　　　　　　　　　　　　　　　　　　　　　　　　　　　</w:t>
            </w:r>
          </w:p>
          <w:p w14:paraId="77A972F8" w14:textId="77777777" w:rsidR="003F3A74" w:rsidRDefault="009D6589">
            <w:pPr>
              <w:spacing w:after="30"/>
              <w:rPr>
                <w:lang w:eastAsia="ja-JP"/>
              </w:rPr>
            </w:pPr>
            <w:r>
              <w:rPr>
                <w:lang w:eastAsia="ja-JP"/>
              </w:rPr>
              <w:t xml:space="preserve">　　　　　　　　　　　　　　　　　　　　　　　　　　　　　　　　　　　　　　　　</w:t>
            </w:r>
          </w:p>
          <w:p w14:paraId="40DDC4E4" w14:textId="77777777" w:rsidR="003F3A74" w:rsidRDefault="009D6589">
            <w:pPr>
              <w:spacing w:after="30"/>
              <w:rPr>
                <w:lang w:eastAsia="ja-JP"/>
              </w:rPr>
            </w:pPr>
            <w:r>
              <w:rPr>
                <w:b/>
                <w:color w:val="1F4E79"/>
                <w:sz w:val="16"/>
                <w:lang w:eastAsia="ja-JP"/>
              </w:rPr>
              <w:t>補足：</w:t>
            </w:r>
            <w:r>
              <w:rPr>
                <w:color w:val="404040"/>
                <w:sz w:val="16"/>
                <w:lang w:eastAsia="ja-JP"/>
              </w:rPr>
              <w:t>情報収集の担当者・方法、影響確認及び周知方法を記載してください。</w:t>
            </w:r>
          </w:p>
        </w:tc>
      </w:tr>
      <w:tr w:rsidR="003F3A74" w14:paraId="349B723A" w14:textId="77777777" w:rsidTr="761409E2">
        <w:trPr>
          <w:jc w:val="center"/>
        </w:trPr>
        <w:tc>
          <w:tcPr>
            <w:tcW w:w="2268" w:type="dxa"/>
            <w:vMerge w:val="restart"/>
            <w:shd w:val="clear" w:color="auto" w:fill="EAF2F8"/>
            <w:tcMar>
              <w:top w:w="105" w:type="dxa"/>
              <w:left w:w="105" w:type="dxa"/>
              <w:bottom w:w="105" w:type="dxa"/>
              <w:right w:w="105" w:type="dxa"/>
            </w:tcMar>
            <w:vAlign w:val="center"/>
          </w:tcPr>
          <w:p w14:paraId="6A6737C9" w14:textId="4B249B1F" w:rsidR="000E5373" w:rsidRDefault="000E5373" w:rsidP="000E5373">
            <w:pPr>
              <w:jc w:val="center"/>
              <w:rPr>
                <w:b/>
                <w:color w:val="EE0000"/>
                <w:sz w:val="20"/>
                <w:szCs w:val="24"/>
                <w:lang w:eastAsia="ja-JP"/>
              </w:rPr>
            </w:pPr>
            <w:r w:rsidRPr="00AF1EBE">
              <w:rPr>
                <w:b/>
                <w:color w:val="EE0000"/>
                <w:sz w:val="20"/>
                <w:szCs w:val="24"/>
                <w:lang w:eastAsia="ja-JP"/>
              </w:rPr>
              <w:t>【</w:t>
            </w:r>
            <w:r w:rsidRPr="00AF1EBE">
              <w:rPr>
                <w:rFonts w:hint="eastAsia"/>
                <w:b/>
                <w:color w:val="EE0000"/>
                <w:sz w:val="20"/>
                <w:szCs w:val="24"/>
                <w:lang w:eastAsia="ja-JP"/>
              </w:rPr>
              <w:t>※</w:t>
            </w:r>
            <w:r w:rsidRPr="00AF1EBE">
              <w:rPr>
                <w:b/>
                <w:color w:val="EE0000"/>
                <w:sz w:val="20"/>
                <w:szCs w:val="24"/>
                <w:lang w:eastAsia="ja-JP"/>
              </w:rPr>
              <w:t>事業所等の数が20以上の場合のみ】</w:t>
            </w:r>
          </w:p>
          <w:p w14:paraId="6005ACE2" w14:textId="77777777" w:rsidR="00AF1EBE" w:rsidRPr="00AF1EBE" w:rsidRDefault="00AF1EBE" w:rsidP="000E5373">
            <w:pPr>
              <w:jc w:val="center"/>
              <w:rPr>
                <w:b/>
                <w:color w:val="EE0000"/>
                <w:sz w:val="20"/>
                <w:szCs w:val="24"/>
                <w:lang w:eastAsia="ja-JP"/>
              </w:rPr>
            </w:pPr>
          </w:p>
          <w:p w14:paraId="546D9F2D" w14:textId="5325C0ED" w:rsidR="003F3A74" w:rsidRDefault="009D6589">
            <w:pPr>
              <w:jc w:val="center"/>
              <w:rPr>
                <w:lang w:eastAsia="ja-JP"/>
              </w:rPr>
            </w:pPr>
            <w:r>
              <w:rPr>
                <w:b/>
                <w:lang w:eastAsia="ja-JP"/>
              </w:rPr>
              <w:t>4　業務が法令に適合す</w:t>
            </w:r>
            <w:r>
              <w:rPr>
                <w:b/>
                <w:lang w:eastAsia="ja-JP"/>
              </w:rPr>
              <w:lastRenderedPageBreak/>
              <w:t>ることを確保するための規程の内容</w:t>
            </w:r>
          </w:p>
        </w:tc>
        <w:tc>
          <w:tcPr>
            <w:tcW w:w="7824" w:type="dxa"/>
            <w:tcMar>
              <w:top w:w="105" w:type="dxa"/>
              <w:left w:w="105" w:type="dxa"/>
              <w:bottom w:w="105" w:type="dxa"/>
              <w:right w:w="105" w:type="dxa"/>
            </w:tcMar>
            <w:vAlign w:val="center"/>
          </w:tcPr>
          <w:p w14:paraId="3D2A78C5" w14:textId="565FCE53" w:rsidR="003F3A74" w:rsidRDefault="009D6589">
            <w:pPr>
              <w:keepNext/>
              <w:spacing w:after="30"/>
              <w:rPr>
                <w:lang w:eastAsia="ja-JP"/>
              </w:rPr>
            </w:pPr>
            <w:r>
              <w:rPr>
                <w:b/>
                <w:lang w:eastAsia="ja-JP"/>
              </w:rPr>
              <w:lastRenderedPageBreak/>
              <w:t xml:space="preserve">4-1　</w:t>
            </w:r>
            <w:r>
              <w:rPr>
                <w:b/>
                <w:color w:val="404040"/>
                <w:lang w:eastAsia="ja-JP"/>
              </w:rPr>
              <w:br/>
              <w:t>業務が法令に適合することを確保するための規程（法令遵守規程）を整備し、組織として承認していますか。</w:t>
            </w:r>
          </w:p>
          <w:p w14:paraId="0DAE8F30" w14:textId="77777777" w:rsidR="003F3A74" w:rsidRDefault="004F6019">
            <w:pPr>
              <w:spacing w:after="30"/>
              <w:rPr>
                <w:lang w:eastAsia="ja-JP"/>
              </w:rPr>
            </w:pPr>
            <w:sdt>
              <w:sdtPr>
                <w:rPr>
                  <w:lang w:eastAsia="ja-JP"/>
                </w:rPr>
                <w:alias w:val="チェックボックス14"/>
                <w:tag w:val="CB_14"/>
                <w:id w:val="1073661700"/>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15"/>
                <w:tag w:val="CB_15"/>
                <w:id w:val="1762430708"/>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3738741C" w14:textId="77777777" w:rsidR="003F3A74" w:rsidRDefault="009D6589">
            <w:pPr>
              <w:spacing w:after="30"/>
              <w:rPr>
                <w:lang w:eastAsia="ja-JP"/>
              </w:rPr>
            </w:pPr>
            <w:r>
              <w:rPr>
                <w:b/>
                <w:color w:val="1F4E79"/>
                <w:sz w:val="16"/>
                <w:lang w:eastAsia="ja-JP"/>
              </w:rPr>
              <w:t>補足：</w:t>
            </w:r>
            <w:r>
              <w:rPr>
                <w:color w:val="404040"/>
                <w:sz w:val="16"/>
                <w:lang w:eastAsia="ja-JP"/>
              </w:rPr>
              <w:t>規程の名称は問いません。既存の規程に必要な内容が含まれている場合も対象となります。</w:t>
            </w:r>
          </w:p>
        </w:tc>
      </w:tr>
      <w:tr w:rsidR="003F3A74" w14:paraId="24ED036B" w14:textId="77777777" w:rsidTr="761409E2">
        <w:trPr>
          <w:jc w:val="center"/>
        </w:trPr>
        <w:tc>
          <w:tcPr>
            <w:tcW w:w="5270" w:type="dxa"/>
            <w:vMerge/>
            <w:tcMar>
              <w:top w:w="105" w:type="dxa"/>
              <w:left w:w="105" w:type="dxa"/>
              <w:bottom w:w="105" w:type="dxa"/>
              <w:right w:w="105" w:type="dxa"/>
            </w:tcMar>
            <w:vAlign w:val="center"/>
          </w:tcPr>
          <w:p w14:paraId="41C8F396" w14:textId="77777777" w:rsidR="003F3A74" w:rsidRDefault="003F3A74">
            <w:pPr>
              <w:rPr>
                <w:lang w:eastAsia="ja-JP"/>
              </w:rPr>
            </w:pPr>
          </w:p>
        </w:tc>
        <w:tc>
          <w:tcPr>
            <w:tcW w:w="7824" w:type="dxa"/>
            <w:tcMar>
              <w:top w:w="105" w:type="dxa"/>
              <w:left w:w="105" w:type="dxa"/>
              <w:bottom w:w="105" w:type="dxa"/>
              <w:right w:w="105" w:type="dxa"/>
            </w:tcMar>
            <w:vAlign w:val="center"/>
          </w:tcPr>
          <w:p w14:paraId="316FF7BF" w14:textId="77777777" w:rsidR="003F3A74" w:rsidRDefault="009D6589">
            <w:pPr>
              <w:keepNext/>
              <w:spacing w:after="30"/>
              <w:rPr>
                <w:lang w:eastAsia="ja-JP"/>
              </w:rPr>
            </w:pPr>
            <w:r>
              <w:rPr>
                <w:b/>
                <w:lang w:eastAsia="ja-JP"/>
              </w:rPr>
              <w:t xml:space="preserve">4-2　</w:t>
            </w:r>
            <w:r>
              <w:rPr>
                <w:b/>
                <w:color w:val="404040"/>
                <w:lang w:eastAsia="ja-JP"/>
              </w:rPr>
              <w:t>法令遵守規程には、法令遵守責任者、統括部門又は担当者の役割・責任及び法人内の報告・連絡体制を定めていますか。</w:t>
            </w:r>
          </w:p>
          <w:p w14:paraId="496B7ED9" w14:textId="77777777" w:rsidR="003F3A74" w:rsidRDefault="004F6019">
            <w:pPr>
              <w:spacing w:after="30"/>
              <w:rPr>
                <w:lang w:eastAsia="ja-JP"/>
              </w:rPr>
            </w:pPr>
            <w:sdt>
              <w:sdtPr>
                <w:rPr>
                  <w:lang w:eastAsia="ja-JP"/>
                </w:rPr>
                <w:alias w:val="チェックボックス16"/>
                <w:tag w:val="CB_16"/>
                <w:id w:val="454047888"/>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17"/>
                <w:tag w:val="CB_17"/>
                <w:id w:val="1817587689"/>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4182D951" w14:textId="77777777" w:rsidR="003F3A74" w:rsidRDefault="009D6589">
            <w:pPr>
              <w:spacing w:before="40" w:after="40"/>
              <w:rPr>
                <w:lang w:eastAsia="ja-JP"/>
              </w:rPr>
            </w:pPr>
            <w:r>
              <w:rPr>
                <w:lang w:eastAsia="ja-JP"/>
              </w:rPr>
              <w:t xml:space="preserve">具体的な内容：　　　　　　　　　　　　　　　　　　　　　　　　　　　　　　　　　</w:t>
            </w:r>
          </w:p>
          <w:p w14:paraId="14C99E54" w14:textId="77777777" w:rsidR="003F3A74" w:rsidRDefault="009D6589">
            <w:pPr>
              <w:spacing w:after="30"/>
              <w:rPr>
                <w:lang w:eastAsia="ja-JP"/>
              </w:rPr>
            </w:pPr>
            <w:r>
              <w:rPr>
                <w:lang w:eastAsia="ja-JP"/>
              </w:rPr>
              <w:t xml:space="preserve">　　　　　　　　　　　　　　　　　　　　　　　　　　　　　　　　　　　　　　　　</w:t>
            </w:r>
          </w:p>
          <w:p w14:paraId="11930F8C" w14:textId="77777777" w:rsidR="003F3A74" w:rsidRDefault="009D6589">
            <w:pPr>
              <w:spacing w:after="30"/>
              <w:rPr>
                <w:lang w:eastAsia="ja-JP"/>
              </w:rPr>
            </w:pPr>
            <w:r>
              <w:rPr>
                <w:b/>
                <w:color w:val="1F4E79"/>
                <w:sz w:val="16"/>
                <w:lang w:eastAsia="ja-JP"/>
              </w:rPr>
              <w:t>補足：</w:t>
            </w:r>
            <w:r>
              <w:rPr>
                <w:color w:val="404040"/>
                <w:sz w:val="16"/>
                <w:lang w:eastAsia="ja-JP"/>
              </w:rPr>
              <w:t>経営者、本部、事業所及び法令遵守責任者の間で、誰が誰へ何を報告するかが分かる内容とします。</w:t>
            </w:r>
          </w:p>
        </w:tc>
      </w:tr>
      <w:tr w:rsidR="003F3A74" w14:paraId="430727D2" w14:textId="77777777" w:rsidTr="761409E2">
        <w:trPr>
          <w:jc w:val="center"/>
        </w:trPr>
        <w:tc>
          <w:tcPr>
            <w:tcW w:w="5270" w:type="dxa"/>
            <w:vMerge/>
            <w:tcMar>
              <w:top w:w="105" w:type="dxa"/>
              <w:left w:w="105" w:type="dxa"/>
              <w:bottom w:w="105" w:type="dxa"/>
              <w:right w:w="105" w:type="dxa"/>
            </w:tcMar>
            <w:vAlign w:val="center"/>
          </w:tcPr>
          <w:p w14:paraId="72A3D3EC" w14:textId="77777777" w:rsidR="003F3A74" w:rsidRDefault="003F3A74">
            <w:pPr>
              <w:rPr>
                <w:lang w:eastAsia="ja-JP"/>
              </w:rPr>
            </w:pPr>
          </w:p>
        </w:tc>
        <w:tc>
          <w:tcPr>
            <w:tcW w:w="7824" w:type="dxa"/>
            <w:tcMar>
              <w:top w:w="105" w:type="dxa"/>
              <w:left w:w="105" w:type="dxa"/>
              <w:bottom w:w="105" w:type="dxa"/>
              <w:right w:w="105" w:type="dxa"/>
            </w:tcMar>
            <w:vAlign w:val="center"/>
          </w:tcPr>
          <w:p w14:paraId="75D22F66" w14:textId="77777777" w:rsidR="003F3A74" w:rsidRDefault="009D6589">
            <w:pPr>
              <w:keepNext/>
              <w:spacing w:after="30"/>
              <w:rPr>
                <w:lang w:eastAsia="ja-JP"/>
              </w:rPr>
            </w:pPr>
            <w:r>
              <w:rPr>
                <w:b/>
                <w:lang w:eastAsia="ja-JP"/>
              </w:rPr>
              <w:t xml:space="preserve">4-3　</w:t>
            </w:r>
            <w:r>
              <w:rPr>
                <w:b/>
                <w:color w:val="404040"/>
                <w:lang w:eastAsia="ja-JP"/>
              </w:rPr>
              <w:t>法令遵守規程には、法令等遵守関連情報の収集・管理、遵守状況の確認、相談・通報、問題発生時の調査・改善、研修・周知等の取扱いを定めていますか。</w:t>
            </w:r>
          </w:p>
          <w:p w14:paraId="11FEAF00" w14:textId="77777777" w:rsidR="003F3A74" w:rsidRDefault="004F6019">
            <w:pPr>
              <w:spacing w:after="30"/>
              <w:rPr>
                <w:lang w:eastAsia="ja-JP"/>
              </w:rPr>
            </w:pPr>
            <w:sdt>
              <w:sdtPr>
                <w:rPr>
                  <w:lang w:eastAsia="ja-JP"/>
                </w:rPr>
                <w:alias w:val="チェックボックス18"/>
                <w:tag w:val="CB_18"/>
                <w:id w:val="1414854785"/>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19"/>
                <w:tag w:val="CB_19"/>
                <w:id w:val="738082014"/>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14DC9D7B" w14:textId="77777777" w:rsidR="003F3A74" w:rsidRDefault="009D6589">
            <w:pPr>
              <w:spacing w:before="40" w:after="40"/>
              <w:rPr>
                <w:lang w:eastAsia="ja-JP"/>
              </w:rPr>
            </w:pPr>
            <w:r>
              <w:rPr>
                <w:lang w:eastAsia="ja-JP"/>
              </w:rPr>
              <w:t xml:space="preserve">具体的な内容：　　　　　　　　　　　　　　　　　　　　　　　　　　　　　　　　　</w:t>
            </w:r>
          </w:p>
          <w:p w14:paraId="0C1D182D" w14:textId="77777777" w:rsidR="003F3A74" w:rsidRDefault="009D6589">
            <w:pPr>
              <w:spacing w:after="30"/>
              <w:rPr>
                <w:lang w:eastAsia="ja-JP"/>
              </w:rPr>
            </w:pPr>
            <w:r>
              <w:rPr>
                <w:lang w:eastAsia="ja-JP"/>
              </w:rPr>
              <w:t xml:space="preserve">　　　　　　　　　　　　　　　　　　　　　　　　　　　　　　　　　　　　　　　　</w:t>
            </w:r>
          </w:p>
          <w:p w14:paraId="6504D2FB" w14:textId="77777777" w:rsidR="003F3A74" w:rsidRDefault="009D6589">
            <w:pPr>
              <w:spacing w:after="30"/>
              <w:rPr>
                <w:lang w:eastAsia="ja-JP"/>
              </w:rPr>
            </w:pPr>
            <w:r>
              <w:rPr>
                <w:b/>
                <w:color w:val="1F4E79"/>
                <w:sz w:val="16"/>
                <w:lang w:eastAsia="ja-JP"/>
              </w:rPr>
              <w:t>補足：</w:t>
            </w:r>
            <w:r>
              <w:rPr>
                <w:color w:val="404040"/>
                <w:sz w:val="16"/>
                <w:lang w:eastAsia="ja-JP"/>
              </w:rPr>
              <w:t>日常業務の注意事項や標準的な業務プロセス等、事業者の実態に即した内容で差し支えありません。</w:t>
            </w:r>
          </w:p>
        </w:tc>
      </w:tr>
      <w:tr w:rsidR="003F3A74" w14:paraId="45BB4BF6" w14:textId="77777777" w:rsidTr="761409E2">
        <w:trPr>
          <w:jc w:val="center"/>
        </w:trPr>
        <w:tc>
          <w:tcPr>
            <w:tcW w:w="5270" w:type="dxa"/>
            <w:vMerge/>
            <w:tcMar>
              <w:top w:w="105" w:type="dxa"/>
              <w:left w:w="105" w:type="dxa"/>
              <w:bottom w:w="105" w:type="dxa"/>
              <w:right w:w="105" w:type="dxa"/>
            </w:tcMar>
            <w:vAlign w:val="center"/>
          </w:tcPr>
          <w:p w14:paraId="0D0B940D" w14:textId="77777777" w:rsidR="003F3A74" w:rsidRDefault="003F3A74">
            <w:pPr>
              <w:rPr>
                <w:lang w:eastAsia="ja-JP"/>
              </w:rPr>
            </w:pPr>
          </w:p>
        </w:tc>
        <w:tc>
          <w:tcPr>
            <w:tcW w:w="7824" w:type="dxa"/>
            <w:tcMar>
              <w:top w:w="105" w:type="dxa"/>
              <w:left w:w="105" w:type="dxa"/>
              <w:bottom w:w="105" w:type="dxa"/>
              <w:right w:w="105" w:type="dxa"/>
            </w:tcMar>
            <w:vAlign w:val="center"/>
          </w:tcPr>
          <w:p w14:paraId="44CFBC05" w14:textId="77777777" w:rsidR="003F3A74" w:rsidRDefault="009D6589">
            <w:pPr>
              <w:keepNext/>
              <w:spacing w:after="30"/>
              <w:rPr>
                <w:lang w:eastAsia="ja-JP"/>
              </w:rPr>
            </w:pPr>
            <w:r>
              <w:rPr>
                <w:b/>
                <w:lang w:eastAsia="ja-JP"/>
              </w:rPr>
              <w:t xml:space="preserve">4-4　</w:t>
            </w:r>
            <w:r>
              <w:rPr>
                <w:b/>
                <w:color w:val="404040"/>
                <w:lang w:eastAsia="ja-JP"/>
              </w:rPr>
              <w:t>法令遵守規程を各事業所の従業者に周知し、法令改正や運用上の課題を踏まえて必要に応じて見直していますか。</w:t>
            </w:r>
          </w:p>
          <w:p w14:paraId="7B8FF93C" w14:textId="77777777" w:rsidR="003F3A74" w:rsidRDefault="004F6019">
            <w:pPr>
              <w:spacing w:after="30"/>
              <w:rPr>
                <w:lang w:eastAsia="ja-JP"/>
              </w:rPr>
            </w:pPr>
            <w:sdt>
              <w:sdtPr>
                <w:rPr>
                  <w:lang w:eastAsia="ja-JP"/>
                </w:rPr>
                <w:alias w:val="チェックボックス20"/>
                <w:tag w:val="CB_20"/>
                <w:id w:val="851169703"/>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21"/>
                <w:tag w:val="CB_21"/>
                <w:id w:val="1222743192"/>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665E6D50" w14:textId="77777777" w:rsidR="003F3A74" w:rsidRDefault="009D6589">
            <w:pPr>
              <w:spacing w:before="40" w:after="40"/>
              <w:rPr>
                <w:lang w:eastAsia="ja-JP"/>
              </w:rPr>
            </w:pPr>
            <w:r>
              <w:rPr>
                <w:lang w:eastAsia="ja-JP"/>
              </w:rPr>
              <w:t xml:space="preserve">具体的な内容：　　　　　　　　　　　　　　　　　　　　　　　　　　　　　　　　　</w:t>
            </w:r>
          </w:p>
          <w:p w14:paraId="5300985E" w14:textId="77777777" w:rsidR="003F3A74" w:rsidRDefault="009D6589">
            <w:pPr>
              <w:spacing w:after="30"/>
              <w:rPr>
                <w:lang w:eastAsia="ja-JP"/>
              </w:rPr>
            </w:pPr>
            <w:r>
              <w:rPr>
                <w:lang w:eastAsia="ja-JP"/>
              </w:rPr>
              <w:t xml:space="preserve">　　　　　　　　　　　　　　　　　　　　　　　　　　　　　　　　　　　　　　　　</w:t>
            </w:r>
          </w:p>
          <w:p w14:paraId="13332B35" w14:textId="77777777" w:rsidR="003F3A74" w:rsidRDefault="009D6589">
            <w:pPr>
              <w:spacing w:after="30"/>
              <w:rPr>
                <w:lang w:eastAsia="ja-JP"/>
              </w:rPr>
            </w:pPr>
            <w:r>
              <w:rPr>
                <w:b/>
                <w:color w:val="1F4E79"/>
                <w:sz w:val="16"/>
                <w:lang w:eastAsia="ja-JP"/>
              </w:rPr>
              <w:t>補足：</w:t>
            </w:r>
            <w:r>
              <w:rPr>
                <w:color w:val="404040"/>
                <w:sz w:val="16"/>
                <w:lang w:eastAsia="ja-JP"/>
              </w:rPr>
              <w:t>周知方法及び直近の見直し状況を記載してください。</w:t>
            </w:r>
          </w:p>
        </w:tc>
      </w:tr>
      <w:tr w:rsidR="003F3A74" w14:paraId="704EAB45" w14:textId="77777777" w:rsidTr="761409E2">
        <w:trPr>
          <w:jc w:val="center"/>
        </w:trPr>
        <w:tc>
          <w:tcPr>
            <w:tcW w:w="2268" w:type="dxa"/>
            <w:vMerge w:val="restart"/>
            <w:shd w:val="clear" w:color="auto" w:fill="EAF2F8"/>
            <w:tcMar>
              <w:top w:w="105" w:type="dxa"/>
              <w:left w:w="105" w:type="dxa"/>
              <w:bottom w:w="105" w:type="dxa"/>
              <w:right w:w="105" w:type="dxa"/>
            </w:tcMar>
            <w:vAlign w:val="center"/>
          </w:tcPr>
          <w:p w14:paraId="3F516E5C" w14:textId="77777777" w:rsidR="003F3A74" w:rsidRDefault="009D6589">
            <w:pPr>
              <w:jc w:val="center"/>
              <w:rPr>
                <w:lang w:eastAsia="ja-JP"/>
              </w:rPr>
            </w:pPr>
            <w:r>
              <w:rPr>
                <w:b/>
                <w:lang w:eastAsia="ja-JP"/>
              </w:rPr>
              <w:t>5　相談・苦情・内部通報及び違反対応</w:t>
            </w:r>
          </w:p>
        </w:tc>
        <w:tc>
          <w:tcPr>
            <w:tcW w:w="7824" w:type="dxa"/>
            <w:tcMar>
              <w:top w:w="105" w:type="dxa"/>
              <w:left w:w="105" w:type="dxa"/>
              <w:bottom w:w="105" w:type="dxa"/>
              <w:right w:w="105" w:type="dxa"/>
            </w:tcMar>
            <w:vAlign w:val="center"/>
          </w:tcPr>
          <w:p w14:paraId="58DFFB77" w14:textId="77777777" w:rsidR="003F3A74" w:rsidRDefault="009D6589">
            <w:pPr>
              <w:keepNext/>
              <w:spacing w:after="30"/>
              <w:rPr>
                <w:lang w:eastAsia="ja-JP"/>
              </w:rPr>
            </w:pPr>
            <w:r>
              <w:rPr>
                <w:b/>
                <w:lang w:eastAsia="ja-JP"/>
              </w:rPr>
              <w:t xml:space="preserve">5-1　</w:t>
            </w:r>
            <w:r>
              <w:rPr>
                <w:b/>
                <w:color w:val="404040"/>
                <w:lang w:eastAsia="ja-JP"/>
              </w:rPr>
              <w:t>従業者が法令違反等について相談・通報できる仕組み及び、利用者・家族等からの相談・苦情を受け付ける仕組みを設け、周知していますか。</w:t>
            </w:r>
          </w:p>
          <w:p w14:paraId="7991C9CE" w14:textId="77777777" w:rsidR="003F3A74" w:rsidRDefault="004F6019">
            <w:pPr>
              <w:spacing w:after="30"/>
              <w:rPr>
                <w:lang w:eastAsia="ja-JP"/>
              </w:rPr>
            </w:pPr>
            <w:sdt>
              <w:sdtPr>
                <w:rPr>
                  <w:lang w:eastAsia="ja-JP"/>
                </w:rPr>
                <w:alias w:val="チェックボックス22"/>
                <w:tag w:val="CB_22"/>
                <w:id w:val="910405711"/>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23"/>
                <w:tag w:val="CB_23"/>
                <w:id w:val="1501614874"/>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2D4061DA" w14:textId="77777777" w:rsidR="003F3A74" w:rsidRDefault="009D6589">
            <w:pPr>
              <w:spacing w:before="40" w:after="40"/>
              <w:rPr>
                <w:lang w:eastAsia="ja-JP"/>
              </w:rPr>
            </w:pPr>
            <w:r>
              <w:rPr>
                <w:lang w:eastAsia="ja-JP"/>
              </w:rPr>
              <w:t xml:space="preserve">具体的な内容：　　　　　　　　　　　　　　　　　　　　　　　　　　　　　　　　　</w:t>
            </w:r>
          </w:p>
          <w:p w14:paraId="05DC7D1A" w14:textId="77777777" w:rsidR="003F3A74" w:rsidRDefault="009D6589">
            <w:pPr>
              <w:spacing w:after="30"/>
              <w:rPr>
                <w:lang w:eastAsia="ja-JP"/>
              </w:rPr>
            </w:pPr>
            <w:r>
              <w:rPr>
                <w:lang w:eastAsia="ja-JP"/>
              </w:rPr>
              <w:t xml:space="preserve">　　　　　　　　　　　　　　　　　　　　　　　　　　　　　　　　　　　　　　　　</w:t>
            </w:r>
          </w:p>
          <w:p w14:paraId="6AEA9C20" w14:textId="77777777" w:rsidR="003F3A74" w:rsidRDefault="009D6589">
            <w:pPr>
              <w:spacing w:after="30"/>
              <w:rPr>
                <w:lang w:eastAsia="ja-JP"/>
              </w:rPr>
            </w:pPr>
            <w:r>
              <w:rPr>
                <w:b/>
                <w:color w:val="1F4E79"/>
                <w:sz w:val="16"/>
                <w:lang w:eastAsia="ja-JP"/>
              </w:rPr>
              <w:t>補足：</w:t>
            </w:r>
            <w:r>
              <w:rPr>
                <w:color w:val="404040"/>
                <w:sz w:val="16"/>
                <w:lang w:eastAsia="ja-JP"/>
              </w:rPr>
              <w:t>受付窓口、報告経路、秘密保持等の取扱いを記載してください。</w:t>
            </w:r>
          </w:p>
        </w:tc>
      </w:tr>
      <w:tr w:rsidR="003F3A74" w14:paraId="4E7808D8" w14:textId="77777777" w:rsidTr="761409E2">
        <w:trPr>
          <w:jc w:val="center"/>
        </w:trPr>
        <w:tc>
          <w:tcPr>
            <w:tcW w:w="5270" w:type="dxa"/>
            <w:vMerge/>
            <w:tcMar>
              <w:top w:w="105" w:type="dxa"/>
              <w:left w:w="105" w:type="dxa"/>
              <w:bottom w:w="105" w:type="dxa"/>
              <w:right w:w="105" w:type="dxa"/>
            </w:tcMar>
            <w:vAlign w:val="center"/>
          </w:tcPr>
          <w:p w14:paraId="0E27B00A" w14:textId="77777777" w:rsidR="003F3A74" w:rsidRDefault="003F3A74">
            <w:pPr>
              <w:rPr>
                <w:lang w:eastAsia="ja-JP"/>
              </w:rPr>
            </w:pPr>
          </w:p>
        </w:tc>
        <w:tc>
          <w:tcPr>
            <w:tcW w:w="7824" w:type="dxa"/>
            <w:tcMar>
              <w:top w:w="105" w:type="dxa"/>
              <w:left w:w="105" w:type="dxa"/>
              <w:bottom w:w="105" w:type="dxa"/>
              <w:right w:w="105" w:type="dxa"/>
            </w:tcMar>
            <w:vAlign w:val="center"/>
          </w:tcPr>
          <w:p w14:paraId="2A2845E2" w14:textId="77777777" w:rsidR="003F3A74" w:rsidRDefault="009D6589">
            <w:pPr>
              <w:keepNext/>
              <w:spacing w:after="30"/>
              <w:rPr>
                <w:lang w:eastAsia="ja-JP"/>
              </w:rPr>
            </w:pPr>
            <w:r>
              <w:rPr>
                <w:b/>
                <w:lang w:eastAsia="ja-JP"/>
              </w:rPr>
              <w:t xml:space="preserve">5-2　</w:t>
            </w:r>
            <w:r>
              <w:rPr>
                <w:b/>
                <w:color w:val="404040"/>
                <w:lang w:eastAsia="ja-JP"/>
              </w:rPr>
              <w:t>通報、相談・苦情、事故等から法令違反のおそれがある事項を把握した場合、事実確認・原因分析を行い、改善・再発防止策を講じ、その効果を確認していますか。</w:t>
            </w:r>
          </w:p>
          <w:p w14:paraId="51C21AE9" w14:textId="77777777" w:rsidR="003F3A74" w:rsidRDefault="004F6019">
            <w:pPr>
              <w:spacing w:after="30"/>
              <w:rPr>
                <w:lang w:eastAsia="ja-JP"/>
              </w:rPr>
            </w:pPr>
            <w:sdt>
              <w:sdtPr>
                <w:rPr>
                  <w:lang w:eastAsia="ja-JP"/>
                </w:rPr>
                <w:alias w:val="チェックボックス24"/>
                <w:tag w:val="CB_24"/>
                <w:id w:val="1995355063"/>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25"/>
                <w:tag w:val="CB_25"/>
                <w:id w:val="1330416116"/>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347A78AF" w14:textId="77777777" w:rsidR="003F3A74" w:rsidRDefault="009D6589">
            <w:pPr>
              <w:spacing w:before="40" w:after="40"/>
              <w:rPr>
                <w:lang w:eastAsia="ja-JP"/>
              </w:rPr>
            </w:pPr>
            <w:r>
              <w:rPr>
                <w:lang w:eastAsia="ja-JP"/>
              </w:rPr>
              <w:t xml:space="preserve">具体的な内容：　　　　　　　　　　　　　　　　　　　　　　　　　　　　　　　　　</w:t>
            </w:r>
          </w:p>
          <w:p w14:paraId="34200797" w14:textId="77777777" w:rsidR="003F3A74" w:rsidRDefault="009D6589">
            <w:pPr>
              <w:spacing w:after="30"/>
              <w:rPr>
                <w:lang w:eastAsia="ja-JP"/>
              </w:rPr>
            </w:pPr>
            <w:r>
              <w:rPr>
                <w:lang w:eastAsia="ja-JP"/>
              </w:rPr>
              <w:t xml:space="preserve">　　　　　　　　　　　　　　　　　　　　　　　　　　　　　　　　　　　　　　　　</w:t>
            </w:r>
          </w:p>
          <w:p w14:paraId="652356C3" w14:textId="77777777" w:rsidR="003F3A74" w:rsidRDefault="009D6589">
            <w:pPr>
              <w:spacing w:after="30"/>
              <w:rPr>
                <w:lang w:eastAsia="ja-JP"/>
              </w:rPr>
            </w:pPr>
            <w:r>
              <w:rPr>
                <w:b/>
                <w:color w:val="1F4E79"/>
                <w:sz w:val="16"/>
                <w:lang w:eastAsia="ja-JP"/>
              </w:rPr>
              <w:t>補足：</w:t>
            </w:r>
            <w:r>
              <w:rPr>
                <w:color w:val="404040"/>
                <w:sz w:val="16"/>
                <w:lang w:eastAsia="ja-JP"/>
              </w:rPr>
              <w:t>直近の実績がある場合は、対応結果と事業運営への反映状況を記載してください。実績がない場合も、対応手順を整えておきます。</w:t>
            </w:r>
          </w:p>
        </w:tc>
      </w:tr>
      <w:tr w:rsidR="003F3A74" w14:paraId="676893CC" w14:textId="77777777" w:rsidTr="761409E2">
        <w:trPr>
          <w:jc w:val="center"/>
        </w:trPr>
        <w:tc>
          <w:tcPr>
            <w:tcW w:w="2268" w:type="dxa"/>
            <w:vMerge w:val="restart"/>
            <w:shd w:val="clear" w:color="auto" w:fill="EAF2F8"/>
            <w:tcMar>
              <w:top w:w="105" w:type="dxa"/>
              <w:left w:w="105" w:type="dxa"/>
              <w:bottom w:w="105" w:type="dxa"/>
              <w:right w:w="105" w:type="dxa"/>
            </w:tcMar>
            <w:vAlign w:val="center"/>
          </w:tcPr>
          <w:p w14:paraId="5ACC2C20" w14:textId="77777777" w:rsidR="003F3A74" w:rsidRDefault="009D6589">
            <w:pPr>
              <w:jc w:val="center"/>
              <w:rPr>
                <w:lang w:eastAsia="ja-JP"/>
              </w:rPr>
            </w:pPr>
            <w:r>
              <w:rPr>
                <w:b/>
                <w:lang w:eastAsia="ja-JP"/>
              </w:rPr>
              <w:t>6　研修・基準等の遵守状況</w:t>
            </w:r>
          </w:p>
        </w:tc>
        <w:tc>
          <w:tcPr>
            <w:tcW w:w="7824" w:type="dxa"/>
            <w:tcMar>
              <w:top w:w="105" w:type="dxa"/>
              <w:left w:w="105" w:type="dxa"/>
              <w:bottom w:w="105" w:type="dxa"/>
              <w:right w:w="105" w:type="dxa"/>
            </w:tcMar>
            <w:vAlign w:val="center"/>
          </w:tcPr>
          <w:p w14:paraId="488370EE" w14:textId="77777777" w:rsidR="003F3A74" w:rsidRDefault="009D6589">
            <w:pPr>
              <w:keepNext/>
              <w:spacing w:after="30"/>
              <w:rPr>
                <w:lang w:eastAsia="ja-JP"/>
              </w:rPr>
            </w:pPr>
            <w:r>
              <w:rPr>
                <w:b/>
                <w:lang w:eastAsia="ja-JP"/>
              </w:rPr>
              <w:t xml:space="preserve">6-1　</w:t>
            </w:r>
            <w:r>
              <w:rPr>
                <w:b/>
                <w:color w:val="404040"/>
                <w:lang w:eastAsia="ja-JP"/>
              </w:rPr>
              <w:t>全従業者を対象に、法令等遵守に関する研修を計画的に実施し、受講状況を把握していますか。</w:t>
            </w:r>
          </w:p>
          <w:p w14:paraId="04758E42" w14:textId="77777777" w:rsidR="003F3A74" w:rsidRDefault="004F6019">
            <w:pPr>
              <w:spacing w:after="30"/>
              <w:rPr>
                <w:lang w:eastAsia="ja-JP"/>
              </w:rPr>
            </w:pPr>
            <w:sdt>
              <w:sdtPr>
                <w:rPr>
                  <w:lang w:eastAsia="ja-JP"/>
                </w:rPr>
                <w:alias w:val="チェックボックス26"/>
                <w:tag w:val="CB_26"/>
                <w:id w:val="1944138505"/>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27"/>
                <w:tag w:val="CB_27"/>
                <w:id w:val="1135122218"/>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40F4406A" w14:textId="77777777" w:rsidR="003F3A74" w:rsidRDefault="009D6589">
            <w:pPr>
              <w:spacing w:before="40" w:after="40"/>
              <w:rPr>
                <w:lang w:eastAsia="ja-JP"/>
              </w:rPr>
            </w:pPr>
            <w:r>
              <w:rPr>
                <w:lang w:eastAsia="ja-JP"/>
              </w:rPr>
              <w:t xml:space="preserve">具体的な内容：　　　　　　　　　　　　　　　　　　　　　　　　　　　　　　　　　</w:t>
            </w:r>
          </w:p>
          <w:p w14:paraId="7DE670CA" w14:textId="77777777" w:rsidR="003F3A74" w:rsidRDefault="009D6589">
            <w:pPr>
              <w:spacing w:after="30"/>
              <w:rPr>
                <w:lang w:eastAsia="ja-JP"/>
              </w:rPr>
            </w:pPr>
            <w:r>
              <w:rPr>
                <w:lang w:eastAsia="ja-JP"/>
              </w:rPr>
              <w:lastRenderedPageBreak/>
              <w:t xml:space="preserve">　　　　　　　　　　　　　　　　　　　　　　　　　　　　　　　　　　　　　　　　</w:t>
            </w:r>
          </w:p>
          <w:p w14:paraId="7497012C" w14:textId="77777777" w:rsidR="003F3A74" w:rsidRDefault="009D6589">
            <w:pPr>
              <w:spacing w:after="30"/>
              <w:rPr>
                <w:lang w:eastAsia="ja-JP"/>
              </w:rPr>
            </w:pPr>
            <w:r>
              <w:rPr>
                <w:b/>
                <w:color w:val="1F4E79"/>
                <w:sz w:val="16"/>
                <w:lang w:eastAsia="ja-JP"/>
              </w:rPr>
              <w:t>補足：</w:t>
            </w:r>
            <w:r>
              <w:rPr>
                <w:color w:val="404040"/>
                <w:sz w:val="16"/>
                <w:lang w:eastAsia="ja-JP"/>
              </w:rPr>
              <w:t>研修の名称、対象、頻度、主な内容及び欠席者等への対応を記載してください。</w:t>
            </w:r>
          </w:p>
        </w:tc>
      </w:tr>
      <w:tr w:rsidR="003F3A74" w14:paraId="637E2F89" w14:textId="77777777" w:rsidTr="761409E2">
        <w:trPr>
          <w:jc w:val="center"/>
        </w:trPr>
        <w:tc>
          <w:tcPr>
            <w:tcW w:w="5270" w:type="dxa"/>
            <w:vMerge/>
            <w:tcMar>
              <w:top w:w="105" w:type="dxa"/>
              <w:left w:w="105" w:type="dxa"/>
              <w:bottom w:w="105" w:type="dxa"/>
              <w:right w:w="105" w:type="dxa"/>
            </w:tcMar>
            <w:vAlign w:val="center"/>
          </w:tcPr>
          <w:p w14:paraId="60061E4C" w14:textId="77777777" w:rsidR="003F3A74" w:rsidRDefault="003F3A74">
            <w:pPr>
              <w:rPr>
                <w:lang w:eastAsia="ja-JP"/>
              </w:rPr>
            </w:pPr>
          </w:p>
        </w:tc>
        <w:tc>
          <w:tcPr>
            <w:tcW w:w="7824" w:type="dxa"/>
            <w:tcMar>
              <w:top w:w="105" w:type="dxa"/>
              <w:left w:w="105" w:type="dxa"/>
              <w:bottom w:w="105" w:type="dxa"/>
              <w:right w:w="105" w:type="dxa"/>
            </w:tcMar>
            <w:vAlign w:val="center"/>
          </w:tcPr>
          <w:p w14:paraId="6EEAED0A" w14:textId="77777777" w:rsidR="003F3A74" w:rsidRDefault="009D6589">
            <w:pPr>
              <w:keepNext/>
              <w:spacing w:after="30"/>
              <w:rPr>
                <w:lang w:eastAsia="ja-JP"/>
              </w:rPr>
            </w:pPr>
            <w:r>
              <w:rPr>
                <w:b/>
                <w:lang w:eastAsia="ja-JP"/>
              </w:rPr>
              <w:t xml:space="preserve">6-2　</w:t>
            </w:r>
            <w:r>
              <w:rPr>
                <w:b/>
                <w:color w:val="404040"/>
                <w:lang w:eastAsia="ja-JP"/>
              </w:rPr>
              <w:t>人員基準・運営基準、適正な報酬請求、虐待防止・身体拘束廃止等の遵守状況を、法人及び各事業所でどのように確認していますか。</w:t>
            </w:r>
          </w:p>
          <w:p w14:paraId="497023F4" w14:textId="77777777" w:rsidR="003F3A74" w:rsidRDefault="009D6589">
            <w:pPr>
              <w:spacing w:before="40" w:after="40"/>
              <w:rPr>
                <w:lang w:eastAsia="ja-JP"/>
              </w:rPr>
            </w:pPr>
            <w:r>
              <w:rPr>
                <w:lang w:eastAsia="ja-JP"/>
              </w:rPr>
              <w:t xml:space="preserve">具体的な内容：　　　　　　　　　　　　　　　　　　　　　　　　　　　　　　　　　</w:t>
            </w:r>
          </w:p>
          <w:p w14:paraId="4D5E16A7" w14:textId="77777777" w:rsidR="003F3A74" w:rsidRDefault="009D6589">
            <w:pPr>
              <w:spacing w:after="30"/>
              <w:rPr>
                <w:lang w:eastAsia="ja-JP"/>
              </w:rPr>
            </w:pPr>
            <w:r>
              <w:rPr>
                <w:lang w:eastAsia="ja-JP"/>
              </w:rPr>
              <w:t xml:space="preserve">　　　　　　　　　　　　　　　　　　　　　　　　　　　　　　　　　　　　　　　　</w:t>
            </w:r>
          </w:p>
          <w:p w14:paraId="56FE9041" w14:textId="77777777" w:rsidR="003F3A74" w:rsidRDefault="009D6589">
            <w:pPr>
              <w:spacing w:after="30"/>
              <w:rPr>
                <w:lang w:eastAsia="ja-JP"/>
              </w:rPr>
            </w:pPr>
            <w:r>
              <w:rPr>
                <w:b/>
                <w:color w:val="1F4E79"/>
                <w:sz w:val="16"/>
                <w:lang w:eastAsia="ja-JP"/>
              </w:rPr>
              <w:t>補足：</w:t>
            </w:r>
            <w:r>
              <w:rPr>
                <w:color w:val="404040"/>
                <w:sz w:val="16"/>
                <w:lang w:eastAsia="ja-JP"/>
              </w:rPr>
              <w:t>例：勤務表、利用実績、サービス提供記録、請求内容、自己点検等による確認。</w:t>
            </w:r>
          </w:p>
        </w:tc>
      </w:tr>
      <w:tr w:rsidR="003F3A74" w14:paraId="24241E5D" w14:textId="77777777" w:rsidTr="761409E2">
        <w:trPr>
          <w:jc w:val="center"/>
        </w:trPr>
        <w:tc>
          <w:tcPr>
            <w:tcW w:w="2268" w:type="dxa"/>
            <w:vMerge w:val="restart"/>
            <w:shd w:val="clear" w:color="auto" w:fill="EAF2F8"/>
            <w:tcMar>
              <w:top w:w="105" w:type="dxa"/>
              <w:left w:w="105" w:type="dxa"/>
              <w:bottom w:w="105" w:type="dxa"/>
              <w:right w:w="105" w:type="dxa"/>
            </w:tcMar>
            <w:vAlign w:val="center"/>
          </w:tcPr>
          <w:p w14:paraId="723097D7" w14:textId="2C8F6F13" w:rsidR="000E5373" w:rsidRDefault="000E5373" w:rsidP="00AF1EBE">
            <w:pPr>
              <w:jc w:val="center"/>
              <w:rPr>
                <w:b/>
                <w:color w:val="EE0000"/>
                <w:sz w:val="20"/>
                <w:szCs w:val="24"/>
                <w:lang w:eastAsia="ja-JP"/>
              </w:rPr>
            </w:pPr>
            <w:r w:rsidRPr="00AF1EBE">
              <w:rPr>
                <w:b/>
                <w:color w:val="EE0000"/>
                <w:sz w:val="20"/>
                <w:szCs w:val="24"/>
                <w:lang w:eastAsia="ja-JP"/>
              </w:rPr>
              <w:t>【</w:t>
            </w:r>
            <w:r w:rsidRPr="00AF1EBE">
              <w:rPr>
                <w:rFonts w:hint="eastAsia"/>
                <w:b/>
                <w:color w:val="EE0000"/>
                <w:sz w:val="20"/>
                <w:szCs w:val="24"/>
                <w:lang w:eastAsia="ja-JP"/>
              </w:rPr>
              <w:t>※</w:t>
            </w:r>
            <w:r w:rsidRPr="00AF1EBE">
              <w:rPr>
                <w:b/>
                <w:color w:val="EE0000"/>
                <w:sz w:val="20"/>
                <w:szCs w:val="24"/>
                <w:lang w:eastAsia="ja-JP"/>
              </w:rPr>
              <w:t>事業所等の数が100以上の場合のみ】</w:t>
            </w:r>
          </w:p>
          <w:p w14:paraId="54F3FD01" w14:textId="77777777" w:rsidR="00AF1EBE" w:rsidRDefault="00AF1EBE" w:rsidP="00AF1EBE">
            <w:pPr>
              <w:jc w:val="center"/>
              <w:rPr>
                <w:b/>
                <w:color w:val="EE0000"/>
                <w:sz w:val="20"/>
                <w:szCs w:val="24"/>
                <w:lang w:eastAsia="ja-JP"/>
              </w:rPr>
            </w:pPr>
          </w:p>
          <w:p w14:paraId="578F822F" w14:textId="28B63C35" w:rsidR="003F3A74" w:rsidRDefault="009D6589" w:rsidP="00AF1EBE">
            <w:pPr>
              <w:jc w:val="center"/>
              <w:rPr>
                <w:lang w:eastAsia="ja-JP"/>
              </w:rPr>
            </w:pPr>
            <w:r>
              <w:rPr>
                <w:b/>
                <w:lang w:eastAsia="ja-JP"/>
              </w:rPr>
              <w:t>7　業務執行状況の監査の実施状況及び内容</w:t>
            </w:r>
          </w:p>
        </w:tc>
        <w:tc>
          <w:tcPr>
            <w:tcW w:w="7824" w:type="dxa"/>
            <w:tcMar>
              <w:top w:w="105" w:type="dxa"/>
              <w:left w:w="105" w:type="dxa"/>
              <w:bottom w:w="105" w:type="dxa"/>
              <w:right w:w="105" w:type="dxa"/>
            </w:tcMar>
            <w:vAlign w:val="center"/>
          </w:tcPr>
          <w:p w14:paraId="0092CB4A" w14:textId="15A5036C" w:rsidR="003F3A74" w:rsidRDefault="009D6589">
            <w:pPr>
              <w:keepNext/>
              <w:spacing w:after="30"/>
              <w:rPr>
                <w:lang w:eastAsia="ja-JP"/>
              </w:rPr>
            </w:pPr>
            <w:r>
              <w:rPr>
                <w:b/>
                <w:lang w:eastAsia="ja-JP"/>
              </w:rPr>
              <w:t xml:space="preserve">7-1　</w:t>
            </w:r>
            <w:r>
              <w:rPr>
                <w:b/>
                <w:color w:val="404040"/>
                <w:lang w:eastAsia="ja-JP"/>
              </w:rPr>
              <w:br/>
              <w:t>法令遵守に係る業務執行状況の監査を定期的に実施していますか。</w:t>
            </w:r>
          </w:p>
          <w:p w14:paraId="601A8C3E" w14:textId="77777777" w:rsidR="003F3A74" w:rsidRDefault="004F6019">
            <w:pPr>
              <w:spacing w:after="30"/>
              <w:rPr>
                <w:lang w:eastAsia="ja-JP"/>
              </w:rPr>
            </w:pPr>
            <w:sdt>
              <w:sdtPr>
                <w:rPr>
                  <w:lang w:eastAsia="ja-JP"/>
                </w:rPr>
                <w:alias w:val="チェックボックス28"/>
                <w:tag w:val="CB_28"/>
                <w:id w:val="1103988200"/>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29"/>
                <w:tag w:val="CB_29"/>
                <w:id w:val="1793344164"/>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3D9CF205" w14:textId="77777777" w:rsidR="003F3A74" w:rsidRDefault="009D6589">
            <w:pPr>
              <w:spacing w:after="30"/>
              <w:rPr>
                <w:lang w:eastAsia="ja-JP"/>
              </w:rPr>
            </w:pPr>
            <w:r>
              <w:rPr>
                <w:b/>
                <w:color w:val="1F4E79"/>
                <w:sz w:val="16"/>
                <w:lang w:eastAsia="ja-JP"/>
              </w:rPr>
              <w:t>補足：</w:t>
            </w:r>
            <w:r>
              <w:rPr>
                <w:color w:val="404040"/>
                <w:sz w:val="16"/>
                <w:lang w:eastAsia="ja-JP"/>
              </w:rPr>
              <w:t>内部監査・外部監査のいずれでも差し支えありません。既存の法人監査に法令遵守の確認が含まれる場合は、その監査を充てることができます。</w:t>
            </w:r>
          </w:p>
        </w:tc>
      </w:tr>
      <w:tr w:rsidR="003F3A74" w14:paraId="291AAE86" w14:textId="77777777" w:rsidTr="761409E2">
        <w:trPr>
          <w:jc w:val="center"/>
        </w:trPr>
        <w:tc>
          <w:tcPr>
            <w:tcW w:w="5270" w:type="dxa"/>
            <w:vMerge/>
            <w:tcMar>
              <w:top w:w="105" w:type="dxa"/>
              <w:left w:w="105" w:type="dxa"/>
              <w:bottom w:w="105" w:type="dxa"/>
              <w:right w:w="105" w:type="dxa"/>
            </w:tcMar>
            <w:vAlign w:val="center"/>
          </w:tcPr>
          <w:p w14:paraId="44EAFD9C" w14:textId="77777777" w:rsidR="003F3A74" w:rsidRDefault="003F3A74">
            <w:pPr>
              <w:rPr>
                <w:lang w:eastAsia="ja-JP"/>
              </w:rPr>
            </w:pPr>
          </w:p>
        </w:tc>
        <w:tc>
          <w:tcPr>
            <w:tcW w:w="7824" w:type="dxa"/>
            <w:tcMar>
              <w:top w:w="105" w:type="dxa"/>
              <w:left w:w="105" w:type="dxa"/>
              <w:bottom w:w="105" w:type="dxa"/>
              <w:right w:w="105" w:type="dxa"/>
            </w:tcMar>
            <w:vAlign w:val="center"/>
          </w:tcPr>
          <w:p w14:paraId="2D194DC9" w14:textId="77777777" w:rsidR="003F3A74" w:rsidRDefault="009D6589">
            <w:pPr>
              <w:keepNext/>
              <w:spacing w:after="30"/>
              <w:rPr>
                <w:lang w:eastAsia="ja-JP"/>
              </w:rPr>
            </w:pPr>
            <w:r>
              <w:rPr>
                <w:b/>
                <w:lang w:eastAsia="ja-JP"/>
              </w:rPr>
              <w:t xml:space="preserve">7-2　</w:t>
            </w:r>
            <w:r>
              <w:rPr>
                <w:b/>
                <w:color w:val="404040"/>
                <w:lang w:eastAsia="ja-JP"/>
              </w:rPr>
              <w:t>監査の実施方法を定め、監査の対象、実施時期、担当者及び確認項目を含む監査計画を策定していますか。</w:t>
            </w:r>
          </w:p>
          <w:p w14:paraId="5B097724" w14:textId="77777777" w:rsidR="003F3A74" w:rsidRDefault="004F6019">
            <w:pPr>
              <w:spacing w:after="30"/>
              <w:rPr>
                <w:lang w:eastAsia="ja-JP"/>
              </w:rPr>
            </w:pPr>
            <w:sdt>
              <w:sdtPr>
                <w:rPr>
                  <w:lang w:eastAsia="ja-JP"/>
                </w:rPr>
                <w:alias w:val="チェックボックス30"/>
                <w:tag w:val="CB_30"/>
                <w:id w:val="1217273244"/>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31"/>
                <w:tag w:val="CB_31"/>
                <w:id w:val="904482742"/>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0EF651AA" w14:textId="77777777" w:rsidR="003F3A74" w:rsidRDefault="009D6589">
            <w:pPr>
              <w:spacing w:before="40" w:after="40"/>
              <w:rPr>
                <w:lang w:eastAsia="ja-JP"/>
              </w:rPr>
            </w:pPr>
            <w:r>
              <w:rPr>
                <w:lang w:eastAsia="ja-JP"/>
              </w:rPr>
              <w:t xml:space="preserve">具体的な内容：　　　　　　　　　　　　　　　　　　　　　　　　　　　　　　　　　</w:t>
            </w:r>
          </w:p>
          <w:p w14:paraId="0FF3AD07" w14:textId="77777777" w:rsidR="003F3A74" w:rsidRDefault="009D6589">
            <w:pPr>
              <w:spacing w:after="30"/>
              <w:rPr>
                <w:lang w:eastAsia="ja-JP"/>
              </w:rPr>
            </w:pPr>
            <w:r>
              <w:rPr>
                <w:lang w:eastAsia="ja-JP"/>
              </w:rPr>
              <w:t xml:space="preserve">　　　　　　　　　　　　　　　　　　　　　　　　　　　　　　　　　　　　　　　　</w:t>
            </w:r>
          </w:p>
          <w:p w14:paraId="458A27EF" w14:textId="77777777" w:rsidR="003F3A74" w:rsidRDefault="009D6589">
            <w:pPr>
              <w:spacing w:after="30"/>
              <w:rPr>
                <w:lang w:eastAsia="ja-JP"/>
              </w:rPr>
            </w:pPr>
            <w:r>
              <w:rPr>
                <w:b/>
                <w:color w:val="1F4E79"/>
                <w:sz w:val="16"/>
                <w:lang w:eastAsia="ja-JP"/>
              </w:rPr>
              <w:t>補足：</w:t>
            </w:r>
            <w:r>
              <w:rPr>
                <w:color w:val="404040"/>
                <w:sz w:val="16"/>
                <w:lang w:eastAsia="ja-JP"/>
              </w:rPr>
              <w:t>必ずしも全事業所を毎年監査する必要はありません。自己点検と定期監査を組み合わせることも考えられます。</w:t>
            </w:r>
          </w:p>
        </w:tc>
      </w:tr>
      <w:tr w:rsidR="003F3A74" w14:paraId="13957587" w14:textId="77777777" w:rsidTr="761409E2">
        <w:trPr>
          <w:jc w:val="center"/>
        </w:trPr>
        <w:tc>
          <w:tcPr>
            <w:tcW w:w="5270" w:type="dxa"/>
            <w:vMerge/>
            <w:tcMar>
              <w:top w:w="105" w:type="dxa"/>
              <w:left w:w="105" w:type="dxa"/>
              <w:bottom w:w="105" w:type="dxa"/>
              <w:right w:w="105" w:type="dxa"/>
            </w:tcMar>
            <w:vAlign w:val="center"/>
          </w:tcPr>
          <w:p w14:paraId="4B94D5A5" w14:textId="77777777" w:rsidR="003F3A74" w:rsidRDefault="003F3A74">
            <w:pPr>
              <w:rPr>
                <w:lang w:eastAsia="ja-JP"/>
              </w:rPr>
            </w:pPr>
          </w:p>
        </w:tc>
        <w:tc>
          <w:tcPr>
            <w:tcW w:w="7824" w:type="dxa"/>
            <w:tcMar>
              <w:top w:w="105" w:type="dxa"/>
              <w:left w:w="105" w:type="dxa"/>
              <w:bottom w:w="105" w:type="dxa"/>
              <w:right w:w="105" w:type="dxa"/>
            </w:tcMar>
            <w:vAlign w:val="center"/>
          </w:tcPr>
          <w:p w14:paraId="4206F7D0" w14:textId="77777777" w:rsidR="003F3A74" w:rsidRDefault="009D6589">
            <w:pPr>
              <w:keepNext/>
              <w:spacing w:after="30"/>
              <w:rPr>
                <w:lang w:eastAsia="ja-JP"/>
              </w:rPr>
            </w:pPr>
            <w:r>
              <w:rPr>
                <w:b/>
                <w:lang w:eastAsia="ja-JP"/>
              </w:rPr>
              <w:t xml:space="preserve">7-3　</w:t>
            </w:r>
            <w:r>
              <w:rPr>
                <w:b/>
                <w:color w:val="404040"/>
                <w:lang w:eastAsia="ja-JP"/>
              </w:rPr>
              <w:t>直近の監査について、実施時期、対象事業所等、確認内容及び主な結果を記載してください。</w:t>
            </w:r>
          </w:p>
          <w:p w14:paraId="72AD7394" w14:textId="77777777" w:rsidR="003F3A74" w:rsidRDefault="009D6589">
            <w:pPr>
              <w:spacing w:before="40" w:after="40"/>
              <w:rPr>
                <w:lang w:eastAsia="ja-JP"/>
              </w:rPr>
            </w:pPr>
            <w:r>
              <w:rPr>
                <w:lang w:eastAsia="ja-JP"/>
              </w:rPr>
              <w:t xml:space="preserve">具体的な内容：　　　　　　　　　　　　　　　　　　　　　　　　　　　　　　　　　</w:t>
            </w:r>
          </w:p>
          <w:p w14:paraId="7E12CC5D" w14:textId="77777777" w:rsidR="003F3A74" w:rsidRDefault="009D6589">
            <w:pPr>
              <w:spacing w:after="30"/>
              <w:rPr>
                <w:lang w:eastAsia="ja-JP"/>
              </w:rPr>
            </w:pPr>
            <w:r>
              <w:rPr>
                <w:lang w:eastAsia="ja-JP"/>
              </w:rPr>
              <w:t xml:space="preserve">　　　　　　　　　　　　　　　　　　　　　　　　　　　　　　　　　　　　　　　　</w:t>
            </w:r>
          </w:p>
          <w:p w14:paraId="36C65496" w14:textId="77777777" w:rsidR="003F3A74" w:rsidRDefault="009D6589">
            <w:pPr>
              <w:spacing w:after="30"/>
              <w:rPr>
                <w:lang w:eastAsia="ja-JP"/>
              </w:rPr>
            </w:pPr>
            <w:r>
              <w:rPr>
                <w:b/>
                <w:color w:val="1F4E79"/>
                <w:sz w:val="16"/>
                <w:lang w:eastAsia="ja-JP"/>
              </w:rPr>
              <w:t>補足：</w:t>
            </w:r>
            <w:r>
              <w:rPr>
                <w:color w:val="404040"/>
                <w:sz w:val="16"/>
                <w:lang w:eastAsia="ja-JP"/>
              </w:rPr>
              <w:t>確認内容の例：人員・運営基準、記録、報酬請求、事故・苦情、法人内の報告体制。</w:t>
            </w:r>
          </w:p>
        </w:tc>
      </w:tr>
      <w:tr w:rsidR="003F3A74" w14:paraId="02337C9D" w14:textId="77777777" w:rsidTr="761409E2">
        <w:trPr>
          <w:jc w:val="center"/>
        </w:trPr>
        <w:tc>
          <w:tcPr>
            <w:tcW w:w="5270" w:type="dxa"/>
            <w:vMerge/>
            <w:tcMar>
              <w:top w:w="105" w:type="dxa"/>
              <w:left w:w="105" w:type="dxa"/>
              <w:bottom w:w="105" w:type="dxa"/>
              <w:right w:w="105" w:type="dxa"/>
            </w:tcMar>
            <w:vAlign w:val="center"/>
          </w:tcPr>
          <w:p w14:paraId="3DEEC669" w14:textId="77777777" w:rsidR="003F3A74" w:rsidRDefault="003F3A74">
            <w:pPr>
              <w:rPr>
                <w:lang w:eastAsia="ja-JP"/>
              </w:rPr>
            </w:pPr>
          </w:p>
        </w:tc>
        <w:tc>
          <w:tcPr>
            <w:tcW w:w="7824" w:type="dxa"/>
            <w:tcMar>
              <w:top w:w="105" w:type="dxa"/>
              <w:left w:w="105" w:type="dxa"/>
              <w:bottom w:w="105" w:type="dxa"/>
              <w:right w:w="105" w:type="dxa"/>
            </w:tcMar>
            <w:vAlign w:val="center"/>
          </w:tcPr>
          <w:p w14:paraId="5131398C" w14:textId="77777777" w:rsidR="003F3A74" w:rsidRDefault="009D6589">
            <w:pPr>
              <w:keepNext/>
              <w:spacing w:after="30"/>
              <w:rPr>
                <w:lang w:eastAsia="ja-JP"/>
              </w:rPr>
            </w:pPr>
            <w:r>
              <w:rPr>
                <w:b/>
                <w:lang w:eastAsia="ja-JP"/>
              </w:rPr>
              <w:t xml:space="preserve">7-4　</w:t>
            </w:r>
            <w:r>
              <w:rPr>
                <w:b/>
                <w:color w:val="404040"/>
                <w:lang w:eastAsia="ja-JP"/>
              </w:rPr>
              <w:t>監査結果を経営者が把握・評価し、指摘事項について改善を行い、その完了及び効果を確認していますか。</w:t>
            </w:r>
          </w:p>
          <w:p w14:paraId="4E573E24" w14:textId="77777777" w:rsidR="003F3A74" w:rsidRDefault="004F6019">
            <w:pPr>
              <w:spacing w:after="30"/>
              <w:rPr>
                <w:lang w:eastAsia="ja-JP"/>
              </w:rPr>
            </w:pPr>
            <w:sdt>
              <w:sdtPr>
                <w:rPr>
                  <w:lang w:eastAsia="ja-JP"/>
                </w:rPr>
                <w:alias w:val="チェックボックス32"/>
                <w:tag w:val="CB_32"/>
                <w:id w:val="756763372"/>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33"/>
                <w:tag w:val="CB_33"/>
                <w:id w:val="635570257"/>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2634AB9D" w14:textId="77777777" w:rsidR="003F3A74" w:rsidRDefault="009D6589">
            <w:pPr>
              <w:spacing w:before="40" w:after="40"/>
              <w:rPr>
                <w:lang w:eastAsia="ja-JP"/>
              </w:rPr>
            </w:pPr>
            <w:r>
              <w:rPr>
                <w:lang w:eastAsia="ja-JP"/>
              </w:rPr>
              <w:t xml:space="preserve">具体的な内容：　　　　　　　　　　　　　　　　　　　　　　　　　　　　　　　　　</w:t>
            </w:r>
          </w:p>
          <w:p w14:paraId="62918030" w14:textId="77777777" w:rsidR="003F3A74" w:rsidRDefault="009D6589">
            <w:pPr>
              <w:spacing w:after="30"/>
              <w:rPr>
                <w:lang w:eastAsia="ja-JP"/>
              </w:rPr>
            </w:pPr>
            <w:r>
              <w:rPr>
                <w:lang w:eastAsia="ja-JP"/>
              </w:rPr>
              <w:t xml:space="preserve">　　　　　　　　　　　　　　　　　　　　　　　　　　　　　　　　　　　　　　　　</w:t>
            </w:r>
          </w:p>
          <w:p w14:paraId="3A7589F4" w14:textId="77777777" w:rsidR="003F3A74" w:rsidRDefault="009D6589">
            <w:pPr>
              <w:spacing w:after="30"/>
              <w:rPr>
                <w:lang w:eastAsia="ja-JP"/>
              </w:rPr>
            </w:pPr>
            <w:r>
              <w:rPr>
                <w:b/>
                <w:color w:val="1F4E79"/>
                <w:sz w:val="16"/>
                <w:lang w:eastAsia="ja-JP"/>
              </w:rPr>
              <w:t>補足：</w:t>
            </w:r>
            <w:r>
              <w:rPr>
                <w:color w:val="404040"/>
                <w:sz w:val="16"/>
                <w:lang w:eastAsia="ja-JP"/>
              </w:rPr>
              <w:t>改善担当者・期限、進捗管理及び関係事業所への周知状況を記載してください。</w:t>
            </w:r>
          </w:p>
        </w:tc>
      </w:tr>
      <w:tr w:rsidR="003F3A74" w14:paraId="677D3F03" w14:textId="77777777" w:rsidTr="761409E2">
        <w:trPr>
          <w:jc w:val="center"/>
        </w:trPr>
        <w:tc>
          <w:tcPr>
            <w:tcW w:w="2268" w:type="dxa"/>
            <w:shd w:val="clear" w:color="auto" w:fill="EAF2F8"/>
            <w:tcMar>
              <w:top w:w="105" w:type="dxa"/>
              <w:left w:w="105" w:type="dxa"/>
              <w:bottom w:w="105" w:type="dxa"/>
              <w:right w:w="105" w:type="dxa"/>
            </w:tcMar>
            <w:vAlign w:val="center"/>
          </w:tcPr>
          <w:p w14:paraId="32B40836" w14:textId="77777777" w:rsidR="003F3A74" w:rsidRDefault="009D6589">
            <w:pPr>
              <w:jc w:val="center"/>
            </w:pPr>
            <w:r>
              <w:rPr>
                <w:b/>
              </w:rPr>
              <w:t>8　評価・改善</w:t>
            </w:r>
          </w:p>
        </w:tc>
        <w:tc>
          <w:tcPr>
            <w:tcW w:w="7824" w:type="dxa"/>
            <w:tcMar>
              <w:top w:w="105" w:type="dxa"/>
              <w:left w:w="105" w:type="dxa"/>
              <w:bottom w:w="105" w:type="dxa"/>
              <w:right w:w="105" w:type="dxa"/>
            </w:tcMar>
            <w:vAlign w:val="center"/>
          </w:tcPr>
          <w:p w14:paraId="30A89890" w14:textId="77777777" w:rsidR="003F3A74" w:rsidRDefault="009D6589">
            <w:pPr>
              <w:keepNext/>
              <w:spacing w:after="30"/>
              <w:rPr>
                <w:lang w:eastAsia="ja-JP"/>
              </w:rPr>
            </w:pPr>
            <w:r>
              <w:rPr>
                <w:b/>
                <w:lang w:eastAsia="ja-JP"/>
              </w:rPr>
              <w:t xml:space="preserve">8-1　</w:t>
            </w:r>
            <w:r>
              <w:rPr>
                <w:b/>
                <w:color w:val="404040"/>
                <w:lang w:eastAsia="ja-JP"/>
              </w:rPr>
              <w:t>研修、点検、監査、事故、苦情、内部通報等の結果を踏まえ、業務管理体制の整備・運用状況を評価し、必要な改善・見直しを行っていますか。</w:t>
            </w:r>
          </w:p>
          <w:p w14:paraId="6DD0FD8E" w14:textId="77777777" w:rsidR="003F3A74" w:rsidRDefault="004F6019">
            <w:pPr>
              <w:spacing w:after="30"/>
              <w:rPr>
                <w:lang w:eastAsia="ja-JP"/>
              </w:rPr>
            </w:pPr>
            <w:sdt>
              <w:sdtPr>
                <w:rPr>
                  <w:lang w:eastAsia="ja-JP"/>
                </w:rPr>
                <w:alias w:val="チェックボックス34"/>
                <w:tag w:val="CB_34"/>
                <w:id w:val="1858655996"/>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はい　　</w:t>
            </w:r>
            <w:sdt>
              <w:sdtPr>
                <w:rPr>
                  <w:lang w:eastAsia="ja-JP"/>
                </w:rPr>
                <w:alias w:val="チェックボックス35"/>
                <w:tag w:val="CB_35"/>
                <w:id w:val="1051397867"/>
                <w14:checkbox>
                  <w14:checked w14:val="0"/>
                  <w14:checkedState w14:val="2612" w14:font="ＭＳ ゴシック"/>
                  <w14:uncheckedState w14:val="2610" w14:font="ＭＳ ゴシック"/>
                </w14:checkbox>
              </w:sdtPr>
              <w:sdtEndPr/>
              <w:sdtContent>
                <w:r w:rsidR="009D6589">
                  <w:rPr>
                    <w:lang w:eastAsia="ja-JP"/>
                  </w:rPr>
                  <w:t>☐</w:t>
                </w:r>
              </w:sdtContent>
            </w:sdt>
            <w:r w:rsidR="009D6589">
              <w:rPr>
                <w:lang w:eastAsia="ja-JP"/>
              </w:rPr>
              <w:t xml:space="preserve"> いいえ</w:t>
            </w:r>
          </w:p>
          <w:p w14:paraId="47E31889" w14:textId="77777777" w:rsidR="003F3A74" w:rsidRDefault="009D6589">
            <w:pPr>
              <w:spacing w:before="40" w:after="40"/>
              <w:rPr>
                <w:lang w:eastAsia="ja-JP"/>
              </w:rPr>
            </w:pPr>
            <w:r>
              <w:rPr>
                <w:lang w:eastAsia="ja-JP"/>
              </w:rPr>
              <w:t xml:space="preserve">具体的な内容：　　　　　　　　　　　　　　　　　　　　　　　　　　　　　　　　　</w:t>
            </w:r>
          </w:p>
          <w:p w14:paraId="5990589B" w14:textId="77777777" w:rsidR="003F3A74" w:rsidRDefault="009D6589">
            <w:pPr>
              <w:spacing w:after="30"/>
              <w:rPr>
                <w:lang w:eastAsia="ja-JP"/>
              </w:rPr>
            </w:pPr>
            <w:r>
              <w:rPr>
                <w:lang w:eastAsia="ja-JP"/>
              </w:rPr>
              <w:t xml:space="preserve">　　　　　　　　　　　　　　　　　　　　　　　　　　　　　　　　　　　　　　　　</w:t>
            </w:r>
          </w:p>
          <w:p w14:paraId="339B62FF" w14:textId="77777777" w:rsidR="003F3A74" w:rsidRDefault="009D6589">
            <w:pPr>
              <w:spacing w:after="30"/>
              <w:rPr>
                <w:lang w:eastAsia="ja-JP"/>
              </w:rPr>
            </w:pPr>
            <w:r>
              <w:rPr>
                <w:b/>
                <w:color w:val="1F4E79"/>
                <w:sz w:val="16"/>
                <w:lang w:eastAsia="ja-JP"/>
              </w:rPr>
              <w:t>補足：</w:t>
            </w:r>
            <w:r>
              <w:rPr>
                <w:color w:val="404040"/>
                <w:sz w:val="16"/>
                <w:lang w:eastAsia="ja-JP"/>
              </w:rPr>
              <w:t>改善事項は、担当者・期限を定めて管理し、規程、報告経路、業務手順又は組織体制へ反映します。</w:t>
            </w:r>
          </w:p>
        </w:tc>
      </w:tr>
    </w:tbl>
    <w:p w14:paraId="3656B9AB" w14:textId="77777777" w:rsidR="003F3A74" w:rsidRDefault="003F3A74">
      <w:pPr>
        <w:rPr>
          <w:lang w:eastAsia="ja-JP"/>
        </w:rPr>
      </w:pPr>
    </w:p>
    <w:p w14:paraId="3C11E4BA" w14:textId="1DA714C9" w:rsidR="00B979BA" w:rsidRDefault="00B979BA" w:rsidP="00B979BA">
      <w:pPr>
        <w:spacing w:before="60" w:after="60"/>
        <w:rPr>
          <w:color w:val="404040"/>
          <w:sz w:val="17"/>
          <w:lang w:eastAsia="ja-JP"/>
        </w:rPr>
      </w:pPr>
      <w:r>
        <w:rPr>
          <w:b/>
          <w:color w:val="1F4E79"/>
          <w:lang w:eastAsia="ja-JP"/>
        </w:rPr>
        <w:t>注</w:t>
      </w:r>
      <w:r w:rsidR="004E6D64">
        <w:rPr>
          <w:rFonts w:hint="eastAsia"/>
          <w:b/>
          <w:color w:val="1F4E79"/>
          <w:lang w:eastAsia="ja-JP"/>
        </w:rPr>
        <w:t>１</w:t>
      </w:r>
      <w:r>
        <w:rPr>
          <w:b/>
          <w:color w:val="1F4E79"/>
          <w:lang w:eastAsia="ja-JP"/>
        </w:rPr>
        <w:t xml:space="preserve">　法令遵守責任者</w:t>
      </w:r>
      <w:r>
        <w:rPr>
          <w:color w:val="404040"/>
          <w:sz w:val="17"/>
          <w:lang w:eastAsia="ja-JP"/>
        </w:rPr>
        <w:br/>
        <w:t>業務管理体制を整備・運用する上で中心的な役割を担う者です。特定の資格は求められていませんが、関係法令・基準の内容を理解し、事業者内部の法令遵守を確保できる者を選任することが重要です。代表者自身を選任することもできます。</w:t>
      </w:r>
    </w:p>
    <w:p w14:paraId="41FDAE3B" w14:textId="77777777" w:rsidR="00B979BA" w:rsidRDefault="00B979BA">
      <w:pPr>
        <w:spacing w:before="60" w:after="60"/>
        <w:rPr>
          <w:b/>
          <w:color w:val="1F4E79"/>
          <w:lang w:eastAsia="ja-JP"/>
        </w:rPr>
      </w:pPr>
    </w:p>
    <w:p w14:paraId="7046CC1F" w14:textId="5DAB8625" w:rsidR="00B979BA" w:rsidRDefault="00B979BA" w:rsidP="00B979BA">
      <w:pPr>
        <w:spacing w:before="60" w:after="60"/>
        <w:rPr>
          <w:lang w:eastAsia="ja-JP"/>
        </w:rPr>
      </w:pPr>
      <w:r>
        <w:rPr>
          <w:b/>
          <w:color w:val="1F4E79"/>
          <w:lang w:eastAsia="ja-JP"/>
        </w:rPr>
        <w:t>注</w:t>
      </w:r>
      <w:r w:rsidR="004E6D64">
        <w:rPr>
          <w:rFonts w:hint="eastAsia"/>
          <w:b/>
          <w:color w:val="1F4E79"/>
          <w:lang w:eastAsia="ja-JP"/>
        </w:rPr>
        <w:t>２</w:t>
      </w:r>
      <w:r>
        <w:rPr>
          <w:b/>
          <w:color w:val="1F4E79"/>
          <w:lang w:eastAsia="ja-JP"/>
        </w:rPr>
        <w:t xml:space="preserve">　法令遵守規程</w:t>
      </w:r>
      <w:r>
        <w:rPr>
          <w:color w:val="404040"/>
          <w:sz w:val="17"/>
          <w:lang w:eastAsia="ja-JP"/>
        </w:rPr>
        <w:br/>
        <w:t>条区分ごとの事業所等の数が20以上の場合に整備が必要です。日常業務における注意事項、報告経路、確認手順、標準的な業務プロセス等、事業者の実態に即した内容で差し支えありません。必ずしも独立したチェックリスト形式である必要はありません。</w:t>
      </w:r>
    </w:p>
    <w:p w14:paraId="75DB11CD" w14:textId="77777777" w:rsidR="00B979BA" w:rsidRPr="00B979BA" w:rsidRDefault="00B979BA">
      <w:pPr>
        <w:spacing w:before="60" w:after="60"/>
        <w:rPr>
          <w:b/>
          <w:color w:val="1F4E79"/>
          <w:lang w:eastAsia="ja-JP"/>
        </w:rPr>
      </w:pPr>
    </w:p>
    <w:p w14:paraId="7539096B" w14:textId="3725B1E8" w:rsidR="003F3A74" w:rsidRDefault="009D6589">
      <w:pPr>
        <w:spacing w:before="60" w:after="60"/>
        <w:rPr>
          <w:color w:val="404040"/>
          <w:sz w:val="17"/>
          <w:lang w:eastAsia="ja-JP"/>
        </w:rPr>
      </w:pPr>
      <w:r>
        <w:rPr>
          <w:b/>
          <w:color w:val="1F4E79"/>
          <w:lang w:eastAsia="ja-JP"/>
        </w:rPr>
        <w:t>注</w:t>
      </w:r>
      <w:r w:rsidR="004E6D64">
        <w:rPr>
          <w:rFonts w:hint="eastAsia"/>
          <w:b/>
          <w:color w:val="1F4E79"/>
          <w:lang w:eastAsia="ja-JP"/>
        </w:rPr>
        <w:t>３</w:t>
      </w:r>
      <w:r>
        <w:rPr>
          <w:b/>
          <w:color w:val="1F4E79"/>
          <w:lang w:eastAsia="ja-JP"/>
        </w:rPr>
        <w:t xml:space="preserve">　業務執行状況の監査</w:t>
      </w:r>
      <w:r>
        <w:rPr>
          <w:color w:val="404040"/>
          <w:sz w:val="17"/>
          <w:lang w:eastAsia="ja-JP"/>
        </w:rPr>
        <w:br/>
        <w:t>条区分ごとの事業所等の数が100以上の場合に定期的な実施が必要です。内部監査・外部監査のいずれでも差し支えなく、既存の法人監査に法令遵守の確認が含まれる場合は、その監査を充てることができます。必ずしも全事業所を毎年監査する必要はありませんが、自己点検と定期監査を組み合わせるなど、効率的・効果的に行うことが望まれます。</w:t>
      </w:r>
    </w:p>
    <w:p w14:paraId="7CC20389" w14:textId="77777777" w:rsidR="00B979BA" w:rsidRDefault="00B979BA">
      <w:pPr>
        <w:spacing w:before="60" w:after="60"/>
        <w:rPr>
          <w:lang w:eastAsia="ja-JP"/>
        </w:rPr>
      </w:pPr>
    </w:p>
    <w:p w14:paraId="0ECAEE72" w14:textId="1257F765" w:rsidR="00B979BA" w:rsidRDefault="00B979BA" w:rsidP="00B979BA">
      <w:pPr>
        <w:spacing w:before="80" w:after="80"/>
        <w:rPr>
          <w:lang w:eastAsia="ja-JP"/>
        </w:rPr>
      </w:pPr>
      <w:r>
        <w:rPr>
          <w:rFonts w:hint="eastAsia"/>
          <w:b/>
          <w:color w:val="1F4E79"/>
          <w:sz w:val="20"/>
          <w:lang w:eastAsia="ja-JP"/>
        </w:rPr>
        <w:t>【</w:t>
      </w:r>
      <w:r>
        <w:rPr>
          <w:b/>
          <w:color w:val="1F4E79"/>
          <w:sz w:val="20"/>
          <w:lang w:eastAsia="ja-JP"/>
        </w:rPr>
        <w:t>補足</w:t>
      </w:r>
      <w:r>
        <w:rPr>
          <w:rFonts w:hint="eastAsia"/>
          <w:b/>
          <w:color w:val="1F4E79"/>
          <w:sz w:val="20"/>
          <w:lang w:eastAsia="ja-JP"/>
        </w:rPr>
        <w:t>】</w:t>
      </w:r>
      <w:r>
        <w:rPr>
          <w:lang w:eastAsia="ja-JP"/>
        </w:rPr>
        <w:br/>
        <w:t>・各設問の「補足」には、確認内容の具体例又は業務管理体制を実効的に運用するための考え方を記載しています。</w:t>
      </w:r>
      <w:r>
        <w:rPr>
          <w:lang w:eastAsia="ja-JP"/>
        </w:rPr>
        <w:br/>
        <w:t>・事業所等の数が20未満の場合は「4　規程の内容」、100未満の場合は「7　監査」の法令上の整備義務はありませんが、任意に整備・実施している場合はその状況を記載できます。</w:t>
      </w:r>
    </w:p>
    <w:p w14:paraId="652800A6" w14:textId="77777777" w:rsidR="00B979BA" w:rsidRPr="00B979BA" w:rsidRDefault="00B979BA" w:rsidP="00B979BA">
      <w:pPr>
        <w:spacing w:before="80" w:after="80"/>
        <w:rPr>
          <w:lang w:eastAsia="ja-JP"/>
        </w:rPr>
      </w:pPr>
    </w:p>
    <w:p w14:paraId="0559A5DB" w14:textId="20B65AED" w:rsidR="00387F9D" w:rsidRDefault="00B979BA">
      <w:pPr>
        <w:keepNext/>
        <w:spacing w:before="80" w:after="80"/>
        <w:rPr>
          <w:color w:val="404040"/>
          <w:lang w:eastAsia="ja-JP"/>
        </w:rPr>
      </w:pPr>
      <w:r>
        <w:rPr>
          <w:rFonts w:hint="eastAsia"/>
          <w:b/>
          <w:color w:val="1F4E79"/>
          <w:sz w:val="20"/>
          <w:lang w:eastAsia="ja-JP"/>
        </w:rPr>
        <w:t>【参考】</w:t>
      </w:r>
      <w:r>
        <w:rPr>
          <w:b/>
          <w:color w:val="1F4E79"/>
          <w:sz w:val="20"/>
          <w:lang w:eastAsia="ja-JP"/>
        </w:rPr>
        <w:t>制度上の主な根拠・参照資料</w:t>
      </w:r>
      <w:r>
        <w:rPr>
          <w:color w:val="404040"/>
          <w:lang w:eastAsia="ja-JP"/>
        </w:rPr>
        <w:br/>
        <w:t>・障害者総合支援法第51条の2（指定障害福祉サービス事業者・指定障害者支援施設）</w:t>
      </w:r>
      <w:r>
        <w:rPr>
          <w:color w:val="404040"/>
          <w:lang w:eastAsia="ja-JP"/>
        </w:rPr>
        <w:br/>
        <w:t>・障害者総合支援法第51条の31（指定一般相談支援事業者・指定特定相談支援事業者）</w:t>
      </w:r>
      <w:r>
        <w:rPr>
          <w:color w:val="404040"/>
          <w:lang w:eastAsia="ja-JP"/>
        </w:rPr>
        <w:br/>
        <w:t>・児童福祉法第21条の5の26（指定障害児通所支援事業者）</w:t>
      </w:r>
      <w:r>
        <w:rPr>
          <w:color w:val="404040"/>
          <w:lang w:eastAsia="ja-JP"/>
        </w:rPr>
        <w:br/>
        <w:t>・児童福祉法第24条の19の2（指定障害児入所施設）</w:t>
      </w:r>
      <w:r>
        <w:rPr>
          <w:color w:val="404040"/>
          <w:lang w:eastAsia="ja-JP"/>
        </w:rPr>
        <w:br/>
        <w:t>・児童福祉法第24条の38（指定障害児相談支援事業者）</w:t>
      </w:r>
      <w:r>
        <w:rPr>
          <w:color w:val="404040"/>
          <w:lang w:eastAsia="ja-JP"/>
        </w:rPr>
        <w:br/>
      </w:r>
      <w:r w:rsidR="00387F9D">
        <w:rPr>
          <w:rFonts w:hint="eastAsia"/>
          <w:color w:val="404040"/>
          <w:lang w:eastAsia="ja-JP"/>
        </w:rPr>
        <w:t>・</w:t>
      </w:r>
      <w:r w:rsidR="00387F9D" w:rsidRPr="00387F9D">
        <w:rPr>
          <w:color w:val="404040"/>
          <w:lang w:eastAsia="ja-JP"/>
        </w:rPr>
        <w:t>障害者総合支援法施行規則第34条の27・第34条の61及び児童福祉法施行規則第18条の37・第25条の23・第25条の26の8（業務管理体制の整備に関する基準）</w:t>
      </w:r>
      <w:r>
        <w:rPr>
          <w:color w:val="404040"/>
          <w:lang w:eastAsia="ja-JP"/>
        </w:rPr>
        <w:br/>
        <w:t>・「障害福祉サービス事業者に係る業務管理体制の監督について</w:t>
      </w:r>
      <w:r w:rsidR="00387F9D">
        <w:rPr>
          <w:rFonts w:hint="eastAsia"/>
          <w:color w:val="404040"/>
          <w:lang w:eastAsia="ja-JP"/>
        </w:rPr>
        <w:t>（通知）</w:t>
      </w:r>
      <w:r>
        <w:rPr>
          <w:color w:val="404040"/>
          <w:lang w:eastAsia="ja-JP"/>
        </w:rPr>
        <w:t>」（平成24年3月30日障発0330第32号）</w:t>
      </w:r>
    </w:p>
    <w:p w14:paraId="5D624DA3" w14:textId="729CA2A0" w:rsidR="003F3A74" w:rsidRPr="00387F9D" w:rsidRDefault="00387F9D">
      <w:pPr>
        <w:keepNext/>
        <w:spacing w:before="80" w:after="80"/>
        <w:rPr>
          <w:color w:val="404040"/>
          <w:lang w:eastAsia="ja-JP"/>
        </w:rPr>
      </w:pPr>
      <w:r>
        <w:rPr>
          <w:rFonts w:hint="eastAsia"/>
          <w:color w:val="404040"/>
          <w:lang w:eastAsia="ja-JP"/>
        </w:rPr>
        <w:t>・</w:t>
      </w:r>
      <w:r w:rsidRPr="00387F9D">
        <w:rPr>
          <w:color w:val="404040"/>
          <w:lang w:eastAsia="ja-JP"/>
        </w:rPr>
        <w:t>「障害福祉サービス事業者に係る業務管理体制の監督について（通知）」（平成27年３月13日障発0313第２号）</w:t>
      </w:r>
      <w:r>
        <w:rPr>
          <w:color w:val="404040"/>
          <w:lang w:eastAsia="ja-JP"/>
        </w:rPr>
        <w:br/>
        <w:t>・令和8年度障害福祉関係指導監督従事職員向け研修資料</w:t>
      </w:r>
      <w:r>
        <w:rPr>
          <w:color w:val="404040"/>
          <w:lang w:eastAsia="ja-JP"/>
        </w:rPr>
        <w:br/>
      </w:r>
    </w:p>
    <w:sectPr w:rsidR="003F3A74" w:rsidRPr="00387F9D" w:rsidSect="00034616">
      <w:footerReference w:type="default" r:id="rId8"/>
      <w:pgSz w:w="12240" w:h="15840"/>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6BBE" w14:textId="77777777" w:rsidR="004F6019" w:rsidRDefault="004F6019">
      <w:pPr>
        <w:spacing w:after="0" w:line="240" w:lineRule="auto"/>
      </w:pPr>
      <w:r>
        <w:separator/>
      </w:r>
    </w:p>
  </w:endnote>
  <w:endnote w:type="continuationSeparator" w:id="0">
    <w:p w14:paraId="6D325553" w14:textId="77777777" w:rsidR="004F6019" w:rsidRDefault="004F6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977A" w14:textId="705E9FE4" w:rsidR="003F3A74" w:rsidRDefault="009D6589">
    <w:pPr>
      <w:pStyle w:val="a7"/>
      <w:jc w:val="center"/>
      <w:rPr>
        <w:lang w:eastAsia="ja-JP"/>
      </w:rPr>
    </w:pPr>
    <w:r>
      <w:rPr>
        <w:lang w:eastAsia="ja-JP"/>
      </w:rPr>
      <w:t xml:space="preserve">業務管理体制の整備に関する一般検査　自己点検票　</w:t>
    </w:r>
    <w:r>
      <w:fldChar w:fldCharType="begin"/>
    </w:r>
    <w:r>
      <w:rPr>
        <w:lang w:eastAsia="ja-JP"/>
      </w:rPr>
      <w:instrText>PAGE</w:instrText>
    </w:r>
    <w:r>
      <w:fldChar w:fldCharType="separate"/>
    </w:r>
    <w:r w:rsidR="00E94AA2">
      <w:rPr>
        <w:noProof/>
        <w:lang w:eastAsia="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35D07" w14:textId="77777777" w:rsidR="004F6019" w:rsidRDefault="004F6019">
      <w:pPr>
        <w:spacing w:after="0" w:line="240" w:lineRule="auto"/>
      </w:pPr>
      <w:r>
        <w:separator/>
      </w:r>
    </w:p>
  </w:footnote>
  <w:footnote w:type="continuationSeparator" w:id="0">
    <w:p w14:paraId="702A5DE6" w14:textId="77777777" w:rsidR="004F6019" w:rsidRDefault="004F6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95508837">
    <w:abstractNumId w:val="8"/>
  </w:num>
  <w:num w:numId="2" w16cid:durableId="865681187">
    <w:abstractNumId w:val="6"/>
  </w:num>
  <w:num w:numId="3" w16cid:durableId="308750854">
    <w:abstractNumId w:val="5"/>
  </w:num>
  <w:num w:numId="4" w16cid:durableId="1460685125">
    <w:abstractNumId w:val="4"/>
  </w:num>
  <w:num w:numId="5" w16cid:durableId="579995024">
    <w:abstractNumId w:val="7"/>
  </w:num>
  <w:num w:numId="6" w16cid:durableId="287207037">
    <w:abstractNumId w:val="3"/>
  </w:num>
  <w:num w:numId="7" w16cid:durableId="265507362">
    <w:abstractNumId w:val="2"/>
  </w:num>
  <w:num w:numId="8" w16cid:durableId="1518812090">
    <w:abstractNumId w:val="1"/>
  </w:num>
  <w:num w:numId="9" w16cid:durableId="154849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5373"/>
    <w:rsid w:val="0015074B"/>
    <w:rsid w:val="00184F75"/>
    <w:rsid w:val="0028666E"/>
    <w:rsid w:val="0029639D"/>
    <w:rsid w:val="002C6499"/>
    <w:rsid w:val="00326F90"/>
    <w:rsid w:val="00387F9D"/>
    <w:rsid w:val="003F3A74"/>
    <w:rsid w:val="004E6D64"/>
    <w:rsid w:val="004F6019"/>
    <w:rsid w:val="006B1726"/>
    <w:rsid w:val="008F47BE"/>
    <w:rsid w:val="009D6589"/>
    <w:rsid w:val="009F4031"/>
    <w:rsid w:val="00AA1D8D"/>
    <w:rsid w:val="00AF1EBE"/>
    <w:rsid w:val="00B47730"/>
    <w:rsid w:val="00B979BA"/>
    <w:rsid w:val="00BB5869"/>
    <w:rsid w:val="00CB0664"/>
    <w:rsid w:val="00D56B22"/>
    <w:rsid w:val="00E3195A"/>
    <w:rsid w:val="00E94AA2"/>
    <w:rsid w:val="00FC693F"/>
    <w:rsid w:val="761409E2"/>
    <w:rsid w:val="7BCF9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4062061"/>
  <w14:defaultImageDpi w14:val="300"/>
  <w15:docId w15:val="{4ABB2037-D0E7-4C32-88F1-A2ACB7FB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84F75"/>
    <w:rPr>
      <w:rFonts w:ascii="Yu Gothic" w:eastAsia="Yu Gothic" w:hAnsi="Yu Gothic"/>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2899</Words>
  <Characters>2900</Characters>
  <Application>Microsoft Office Word</Application>
  <DocSecurity>0</DocSecurity>
  <Lines>362</Lines>
  <Paragraphs>414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5385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豊住　太一</dc:creator>
  <cp:keywords/>
  <dc:description>generated by python-docx</dc:description>
  <cp:lastModifiedBy>豊住　太一</cp:lastModifiedBy>
  <cp:revision>12</cp:revision>
  <dcterms:created xsi:type="dcterms:W3CDTF">2026-08-13T00:07:00Z</dcterms:created>
  <dcterms:modified xsi:type="dcterms:W3CDTF">2026-08-14T06:48:00Z</dcterms:modified>
  <cp:category/>
</cp:coreProperties>
</file>