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958644" w14:textId="391A0C99" w:rsidR="00397F56" w:rsidRPr="00212887" w:rsidRDefault="00212887" w:rsidP="00212887">
      <w:pPr>
        <w:spacing w:line="600" w:lineRule="exact"/>
        <w:jc w:val="center"/>
        <w:rPr>
          <w:rFonts w:ascii="BIZ UDPゴシック" w:eastAsia="BIZ UDPゴシック" w:hAnsi="BIZ UDPゴシック"/>
          <w:b/>
          <w:sz w:val="48"/>
          <w:szCs w:val="48"/>
          <w:lang w:eastAsia="ja-JP"/>
        </w:rPr>
      </w:pPr>
      <w:r w:rsidRPr="00212887">
        <w:rPr>
          <w:rFonts w:ascii="BIZ UDPゴシック" w:eastAsia="BIZ UDPゴシック" w:hAnsi="BIZ UDPゴシック" w:hint="eastAsia"/>
          <w:b/>
          <w:sz w:val="48"/>
          <w:szCs w:val="48"/>
          <w:lang w:eastAsia="ja-JP"/>
        </w:rPr>
        <w:t>（仮称）静岡市模型</w:t>
      </w:r>
      <w:r w:rsidR="00CC7AC3">
        <w:rPr>
          <w:rFonts w:ascii="BIZ UDPゴシック" w:eastAsia="BIZ UDPゴシック" w:hAnsi="BIZ UDPゴシック" w:hint="eastAsia"/>
          <w:b/>
          <w:sz w:val="48"/>
          <w:szCs w:val="48"/>
          <w:lang w:eastAsia="ja-JP"/>
        </w:rPr>
        <w:t>（MOKEI）</w:t>
      </w:r>
      <w:r w:rsidRPr="00212887">
        <w:rPr>
          <w:rFonts w:ascii="BIZ UDPゴシック" w:eastAsia="BIZ UDPゴシック" w:hAnsi="BIZ UDPゴシック" w:hint="eastAsia"/>
          <w:b/>
          <w:sz w:val="48"/>
          <w:szCs w:val="48"/>
          <w:lang w:eastAsia="ja-JP"/>
        </w:rPr>
        <w:t xml:space="preserve">の世界首都条例 </w:t>
      </w:r>
      <w:r w:rsidR="00CC7AC3">
        <w:rPr>
          <w:rFonts w:ascii="BIZ UDPゴシック" w:eastAsia="BIZ UDPゴシック" w:hAnsi="BIZ UDPゴシック"/>
          <w:b/>
          <w:sz w:val="48"/>
          <w:szCs w:val="48"/>
          <w:lang w:eastAsia="ja-JP"/>
        </w:rPr>
        <w:br/>
      </w:r>
      <w:r w:rsidRPr="00212887">
        <w:rPr>
          <w:rFonts w:ascii="BIZ UDPゴシック" w:eastAsia="BIZ UDPゴシック" w:hAnsi="BIZ UDPゴシック" w:hint="eastAsia"/>
          <w:b/>
          <w:sz w:val="48"/>
          <w:szCs w:val="48"/>
          <w:lang w:eastAsia="ja-JP"/>
        </w:rPr>
        <w:t>骨子案</w:t>
      </w:r>
      <w:r w:rsidRPr="00212887">
        <w:rPr>
          <w:rFonts w:ascii="BIZ UDPゴシック" w:eastAsia="BIZ UDPゴシック" w:hAnsi="BIZ UDPゴシック"/>
          <w:b/>
          <w:sz w:val="48"/>
          <w:szCs w:val="48"/>
          <w:lang w:eastAsia="ja-JP"/>
        </w:rPr>
        <w:t>に関する意見応募用紙</w:t>
      </w:r>
    </w:p>
    <w:p w14:paraId="18393050" w14:textId="5C317EA4" w:rsidR="00212887" w:rsidRPr="00212887" w:rsidRDefault="00212887">
      <w:pPr>
        <w:jc w:val="center"/>
        <w:rPr>
          <w:rFonts w:ascii="BIZ UDPゴシック" w:eastAsia="BIZ UDPゴシック" w:hAnsi="BIZ UDPゴシック"/>
          <w:sz w:val="44"/>
          <w:szCs w:val="44"/>
          <w:lang w:eastAsia="ja-JP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1225"/>
      </w:tblGrid>
      <w:tr w:rsidR="00397F56" w14:paraId="15BE3BC9" w14:textId="77777777">
        <w:trPr>
          <w:jc w:val="center"/>
        </w:trPr>
        <w:tc>
          <w:tcPr>
            <w:tcW w:w="11225" w:type="dxa"/>
            <w:tcBorders>
              <w:top w:val="single" w:sz="6" w:space="0" w:color="252525"/>
              <w:left w:val="single" w:sz="6" w:space="0" w:color="252525"/>
              <w:bottom w:val="single" w:sz="6" w:space="0" w:color="252525"/>
              <w:right w:val="single" w:sz="6" w:space="0" w:color="252525"/>
            </w:tcBorders>
            <w:shd w:val="clear" w:color="auto" w:fill="252525"/>
            <w:vAlign w:val="center"/>
          </w:tcPr>
          <w:p w14:paraId="164CA763" w14:textId="1F3F6441" w:rsidR="00397F56" w:rsidRPr="00212887" w:rsidRDefault="00E11B6A">
            <w:pPr>
              <w:jc w:val="center"/>
              <w:rPr>
                <w:rFonts w:ascii="BIZ UDPゴシック" w:eastAsia="BIZ UDPゴシック" w:hAnsi="BIZ UDPゴシック"/>
                <w:sz w:val="32"/>
                <w:szCs w:val="32"/>
              </w:rPr>
            </w:pPr>
            <w:r w:rsidRPr="00212887">
              <w:rPr>
                <w:rFonts w:ascii="BIZ UDPゴシック" w:eastAsia="BIZ UDPゴシック" w:hAnsi="BIZ UDPゴシック"/>
                <w:color w:val="FFFFFF"/>
                <w:sz w:val="32"/>
                <w:szCs w:val="32"/>
              </w:rPr>
              <w:t>締切：2026年</w:t>
            </w:r>
            <w:r w:rsidR="00212887">
              <w:rPr>
                <w:rFonts w:ascii="BIZ UDPゴシック" w:eastAsia="BIZ UDPゴシック" w:hAnsi="BIZ UDPゴシック" w:hint="eastAsia"/>
                <w:color w:val="FFFFFF"/>
                <w:sz w:val="32"/>
                <w:szCs w:val="32"/>
                <w:lang w:eastAsia="ja-JP"/>
              </w:rPr>
              <w:t>11</w:t>
            </w:r>
            <w:r w:rsidRPr="00212887">
              <w:rPr>
                <w:rFonts w:ascii="BIZ UDPゴシック" w:eastAsia="BIZ UDPゴシック" w:hAnsi="BIZ UDPゴシック"/>
                <w:color w:val="FFFFFF"/>
                <w:sz w:val="32"/>
                <w:szCs w:val="32"/>
              </w:rPr>
              <w:t>月1</w:t>
            </w:r>
            <w:r w:rsidR="004260DD">
              <w:rPr>
                <w:rFonts w:ascii="BIZ UDPゴシック" w:eastAsia="BIZ UDPゴシック" w:hAnsi="BIZ UDPゴシック" w:hint="eastAsia"/>
                <w:color w:val="FFFFFF"/>
                <w:sz w:val="32"/>
                <w:szCs w:val="32"/>
                <w:lang w:eastAsia="ja-JP"/>
              </w:rPr>
              <w:t>３</w:t>
            </w:r>
            <w:r w:rsidRPr="00212887">
              <w:rPr>
                <w:rFonts w:ascii="BIZ UDPゴシック" w:eastAsia="BIZ UDPゴシック" w:hAnsi="BIZ UDPゴシック"/>
                <w:color w:val="FFFFFF"/>
                <w:sz w:val="32"/>
                <w:szCs w:val="32"/>
              </w:rPr>
              <w:t>日</w:t>
            </w:r>
            <w:r w:rsidR="004260DD">
              <w:rPr>
                <w:rFonts w:ascii="BIZ UDPゴシック" w:eastAsia="BIZ UDPゴシック" w:hAnsi="BIZ UDPゴシック" w:hint="eastAsia"/>
                <w:color w:val="FFFFFF"/>
                <w:sz w:val="32"/>
                <w:szCs w:val="32"/>
                <w:lang w:eastAsia="ja-JP"/>
              </w:rPr>
              <w:t>（金</w:t>
            </w:r>
            <w:r w:rsidRPr="00212887">
              <w:rPr>
                <w:rFonts w:ascii="BIZ UDPゴシック" w:eastAsia="BIZ UDPゴシック" w:hAnsi="BIZ UDPゴシック"/>
                <w:color w:val="FFFFFF"/>
                <w:sz w:val="32"/>
                <w:szCs w:val="32"/>
              </w:rPr>
              <w:t>）必着</w:t>
            </w:r>
          </w:p>
        </w:tc>
      </w:tr>
    </w:tbl>
    <w:p w14:paraId="3E08580D" w14:textId="0B79BC0F" w:rsidR="00397F56" w:rsidRDefault="00397F56"/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681"/>
        <w:gridCol w:w="850"/>
        <w:gridCol w:w="4423"/>
        <w:gridCol w:w="5271"/>
      </w:tblGrid>
      <w:tr w:rsidR="005D2E88" w14:paraId="3EA8866B" w14:textId="77777777" w:rsidTr="005D2E88">
        <w:trPr>
          <w:trHeight w:val="668"/>
          <w:jc w:val="center"/>
        </w:trPr>
        <w:tc>
          <w:tcPr>
            <w:tcW w:w="681" w:type="dxa"/>
            <w:vMerge w:val="restart"/>
            <w:tcBorders>
              <w:top w:val="single" w:sz="6" w:space="0" w:color="252525"/>
              <w:left w:val="single" w:sz="6" w:space="0" w:color="252525"/>
              <w:bottom w:val="single" w:sz="6" w:space="0" w:color="252525"/>
              <w:right w:val="single" w:sz="6" w:space="0" w:color="252525"/>
            </w:tcBorders>
            <w:shd w:val="clear" w:color="auto" w:fill="252525"/>
            <w:vAlign w:val="center"/>
          </w:tcPr>
          <w:p w14:paraId="6126AFE1" w14:textId="77777777" w:rsidR="005D2E88" w:rsidRPr="00212887" w:rsidRDefault="005D2E88" w:rsidP="005D2E88">
            <w:pPr>
              <w:jc w:val="center"/>
              <w:rPr>
                <w:rFonts w:ascii="BIZ UDPゴシック" w:eastAsia="BIZ UDPゴシック" w:hAnsi="BIZ UDPゴシック"/>
                <w:sz w:val="28"/>
                <w:szCs w:val="28"/>
              </w:rPr>
            </w:pPr>
            <w:r w:rsidRPr="00212887">
              <w:rPr>
                <w:rFonts w:ascii="BIZ UDPゴシック" w:eastAsia="BIZ UDPゴシック" w:hAnsi="BIZ UDPゴシック"/>
                <w:b/>
                <w:color w:val="FFFFFF"/>
                <w:sz w:val="28"/>
                <w:szCs w:val="28"/>
              </w:rPr>
              <w:t>提</w:t>
            </w:r>
            <w:r w:rsidRPr="00212887">
              <w:rPr>
                <w:rFonts w:ascii="BIZ UDPゴシック" w:eastAsia="BIZ UDPゴシック" w:hAnsi="BIZ UDPゴシック"/>
                <w:b/>
                <w:color w:val="FFFFFF"/>
                <w:sz w:val="28"/>
                <w:szCs w:val="28"/>
              </w:rPr>
              <w:br/>
              <w:t>出</w:t>
            </w:r>
            <w:r w:rsidRPr="00212887">
              <w:rPr>
                <w:rFonts w:ascii="BIZ UDPゴシック" w:eastAsia="BIZ UDPゴシック" w:hAnsi="BIZ UDPゴシック"/>
                <w:b/>
                <w:color w:val="FFFFFF"/>
                <w:sz w:val="28"/>
                <w:szCs w:val="28"/>
              </w:rPr>
              <w:br/>
              <w:t>方</w:t>
            </w:r>
            <w:r w:rsidRPr="00212887">
              <w:rPr>
                <w:rFonts w:ascii="BIZ UDPゴシック" w:eastAsia="BIZ UDPゴシック" w:hAnsi="BIZ UDPゴシック"/>
                <w:b/>
                <w:color w:val="FFFFFF"/>
                <w:sz w:val="28"/>
                <w:szCs w:val="28"/>
              </w:rPr>
              <w:br/>
              <w:t>法</w:t>
            </w:r>
          </w:p>
        </w:tc>
        <w:tc>
          <w:tcPr>
            <w:tcW w:w="850" w:type="dxa"/>
            <w:tcBorders>
              <w:top w:val="single" w:sz="6" w:space="0" w:color="252525"/>
              <w:left w:val="single" w:sz="6" w:space="0" w:color="252525"/>
              <w:bottom w:val="single" w:sz="6" w:space="0" w:color="252525"/>
              <w:right w:val="single" w:sz="6" w:space="0" w:color="252525"/>
            </w:tcBorders>
            <w:shd w:val="clear" w:color="auto" w:fill="595959" w:themeFill="text1" w:themeFillTint="A6"/>
            <w:vAlign w:val="center"/>
          </w:tcPr>
          <w:p w14:paraId="24363DAE" w14:textId="77777777" w:rsidR="005D2E88" w:rsidRPr="00212887" w:rsidRDefault="005D2E88" w:rsidP="005D2E88">
            <w:pPr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212887">
              <w:rPr>
                <w:rFonts w:ascii="BIZ UDPゴシック" w:eastAsia="BIZ UDPゴシック" w:hAnsi="BIZ UDPゴシック"/>
                <w:b/>
                <w:color w:val="FFFFFF"/>
                <w:sz w:val="24"/>
                <w:szCs w:val="24"/>
              </w:rPr>
              <w:t>電子</w:t>
            </w:r>
            <w:r w:rsidRPr="00212887">
              <w:rPr>
                <w:rFonts w:ascii="BIZ UDPゴシック" w:eastAsia="BIZ UDPゴシック" w:hAnsi="BIZ UDPゴシック"/>
                <w:b/>
                <w:color w:val="FFFFFF"/>
                <w:sz w:val="24"/>
                <w:szCs w:val="24"/>
              </w:rPr>
              <w:br/>
              <w:t>申請</w:t>
            </w:r>
          </w:p>
        </w:tc>
        <w:tc>
          <w:tcPr>
            <w:tcW w:w="4423" w:type="dxa"/>
            <w:tcBorders>
              <w:top w:val="single" w:sz="6" w:space="0" w:color="252525"/>
              <w:left w:val="single" w:sz="6" w:space="0" w:color="252525"/>
              <w:bottom w:val="single" w:sz="6" w:space="0" w:color="252525"/>
              <w:right w:val="single" w:sz="6" w:space="0" w:color="252525"/>
            </w:tcBorders>
            <w:vAlign w:val="center"/>
          </w:tcPr>
          <w:p w14:paraId="4FE9081D" w14:textId="5570477F" w:rsidR="005D2E88" w:rsidRPr="00212887" w:rsidRDefault="005D2E88" w:rsidP="005D2E88">
            <w:pPr>
              <w:rPr>
                <w:rFonts w:eastAsiaTheme="minorEastAsia" w:hint="eastAsia"/>
                <w:lang w:eastAsia="ja-JP"/>
              </w:rPr>
            </w:pPr>
            <w:r w:rsidRPr="00212887">
              <w:rPr>
                <w:rFonts w:ascii="BIZ UDPゴシック" w:eastAsia="BIZ UDPゴシック" w:hAnsi="BIZ UDPゴシック"/>
                <w:color w:val="000000"/>
                <w:sz w:val="24"/>
                <w:szCs w:val="24"/>
                <w:lang w:eastAsia="ja-JP"/>
              </w:rPr>
              <w:t>応募専用フォームからご提出ください。</w:t>
            </w:r>
          </w:p>
        </w:tc>
        <w:tc>
          <w:tcPr>
            <w:tcW w:w="5271" w:type="dxa"/>
            <w:tcBorders>
              <w:top w:val="single" w:sz="6" w:space="0" w:color="252525"/>
              <w:left w:val="single" w:sz="6" w:space="0" w:color="252525"/>
              <w:bottom w:val="single" w:sz="6" w:space="0" w:color="252525"/>
              <w:right w:val="single" w:sz="6" w:space="0" w:color="252525"/>
            </w:tcBorders>
            <w:vAlign w:val="center"/>
          </w:tcPr>
          <w:p w14:paraId="39E91A73" w14:textId="4E8293B7" w:rsidR="005D2E88" w:rsidRDefault="005D2E88" w:rsidP="005D2E88">
            <w:pPr>
              <w:ind w:firstLineChars="400" w:firstLine="960"/>
              <w:rPr>
                <w:lang w:eastAsia="ja-JP"/>
              </w:rPr>
            </w:pPr>
            <w:r>
              <w:rPr>
                <w:rFonts w:ascii="BIZ UDPゴシック" w:eastAsia="BIZ UDPゴシック" w:hAnsi="BIZ UDPゴシック" w:hint="eastAsia"/>
                <w:color w:val="000000"/>
                <w:sz w:val="24"/>
                <w:szCs w:val="24"/>
                <w:lang w:eastAsia="ja-JP"/>
              </w:rPr>
              <w:t>FAX番号　054-251-9213</w:t>
            </w:r>
          </w:p>
        </w:tc>
      </w:tr>
      <w:tr w:rsidR="00397F56" w14:paraId="3F2E22C9" w14:textId="77777777" w:rsidTr="005D2E88">
        <w:trPr>
          <w:trHeight w:val="564"/>
          <w:jc w:val="center"/>
        </w:trPr>
        <w:tc>
          <w:tcPr>
            <w:tcW w:w="681" w:type="dxa"/>
            <w:vMerge/>
            <w:tcBorders>
              <w:top w:val="single" w:sz="6" w:space="0" w:color="252525"/>
              <w:left w:val="single" w:sz="6" w:space="0" w:color="252525"/>
              <w:bottom w:val="single" w:sz="6" w:space="0" w:color="252525"/>
              <w:right w:val="single" w:sz="6" w:space="0" w:color="252525"/>
            </w:tcBorders>
            <w:vAlign w:val="center"/>
          </w:tcPr>
          <w:p w14:paraId="62398C23" w14:textId="77777777" w:rsidR="00397F56" w:rsidRDefault="00397F56">
            <w:pPr>
              <w:rPr>
                <w:lang w:eastAsia="ja-JP"/>
              </w:rPr>
            </w:pPr>
          </w:p>
        </w:tc>
        <w:tc>
          <w:tcPr>
            <w:tcW w:w="850" w:type="dxa"/>
            <w:tcBorders>
              <w:top w:val="single" w:sz="6" w:space="0" w:color="252525"/>
              <w:left w:val="single" w:sz="6" w:space="0" w:color="252525"/>
              <w:bottom w:val="single" w:sz="6" w:space="0" w:color="252525"/>
              <w:right w:val="single" w:sz="6" w:space="0" w:color="252525"/>
            </w:tcBorders>
            <w:shd w:val="clear" w:color="auto" w:fill="555555"/>
            <w:vAlign w:val="center"/>
          </w:tcPr>
          <w:p w14:paraId="54C20FAD" w14:textId="043BC110" w:rsidR="00397F56" w:rsidRPr="00212887" w:rsidRDefault="00E11B6A">
            <w:pPr>
              <w:jc w:val="center"/>
              <w:rPr>
                <w:rFonts w:ascii="BIZ UDPゴシック" w:eastAsia="BIZ UDPゴシック" w:hAnsi="BIZ UDPゴシック"/>
                <w:sz w:val="24"/>
                <w:szCs w:val="24"/>
                <w:lang w:eastAsia="ja-JP"/>
              </w:rPr>
            </w:pPr>
            <w:r w:rsidRPr="00212887">
              <w:rPr>
                <w:rFonts w:ascii="BIZ UDPゴシック" w:eastAsia="BIZ UDPゴシック" w:hAnsi="BIZ UDPゴシック"/>
                <w:b/>
                <w:color w:val="FFFFFF"/>
                <w:sz w:val="24"/>
                <w:szCs w:val="24"/>
              </w:rPr>
              <w:t>郵送</w:t>
            </w:r>
            <w:r w:rsidRPr="00212887">
              <w:rPr>
                <w:rFonts w:ascii="BIZ UDPゴシック" w:eastAsia="BIZ UDPゴシック" w:hAnsi="BIZ UDPゴシック"/>
                <w:b/>
                <w:color w:val="FFFFFF"/>
                <w:sz w:val="24"/>
                <w:szCs w:val="24"/>
              </w:rPr>
              <w:br/>
              <w:t>持参</w:t>
            </w:r>
          </w:p>
        </w:tc>
        <w:tc>
          <w:tcPr>
            <w:tcW w:w="9694" w:type="dxa"/>
            <w:gridSpan w:val="2"/>
            <w:tcBorders>
              <w:top w:val="single" w:sz="6" w:space="0" w:color="252525"/>
              <w:left w:val="single" w:sz="6" w:space="0" w:color="252525"/>
              <w:bottom w:val="single" w:sz="6" w:space="0" w:color="252525"/>
              <w:right w:val="single" w:sz="6" w:space="0" w:color="252525"/>
            </w:tcBorders>
            <w:vAlign w:val="center"/>
          </w:tcPr>
          <w:p w14:paraId="33E04E71" w14:textId="5CBE0B3F" w:rsidR="00212887" w:rsidRPr="00212887" w:rsidRDefault="00212887" w:rsidP="005D2E88">
            <w:pPr>
              <w:rPr>
                <w:rFonts w:ascii="BIZ UDPゴシック" w:eastAsia="BIZ UDPゴシック" w:hAnsi="BIZ UDPゴシック"/>
                <w:bCs/>
                <w:sz w:val="24"/>
                <w:szCs w:val="24"/>
                <w:lang w:eastAsia="ja-JP"/>
              </w:rPr>
            </w:pPr>
            <w:r w:rsidRPr="00212887">
              <w:rPr>
                <w:rFonts w:ascii="BIZ UDPゴシック" w:eastAsia="BIZ UDPゴシック" w:hAnsi="BIZ UDPゴシック"/>
                <w:sz w:val="24"/>
                <w:szCs w:val="24"/>
                <w:lang w:eastAsia="ja-JP"/>
              </w:rPr>
              <w:t>〒420-8602 静岡市葵区追手町５番１号　静岡</w:t>
            </w:r>
            <w:r w:rsidRPr="00212887">
              <w:rPr>
                <w:rFonts w:ascii="BIZ UDPゴシック" w:eastAsia="BIZ UDPゴシック" w:hAnsi="BIZ UDPゴシック" w:hint="eastAsia"/>
                <w:sz w:val="24"/>
                <w:szCs w:val="24"/>
                <w:lang w:eastAsia="ja-JP"/>
              </w:rPr>
              <w:t>市議会事務局議事・調査法制</w:t>
            </w:r>
            <w:r w:rsidRPr="00212887">
              <w:rPr>
                <w:rFonts w:ascii="BIZ UDPゴシック" w:eastAsia="BIZ UDPゴシック" w:hAnsi="BIZ UDPゴシック"/>
                <w:sz w:val="24"/>
                <w:szCs w:val="24"/>
                <w:lang w:eastAsia="ja-JP"/>
              </w:rPr>
              <w:t>課</w:t>
            </w:r>
          </w:p>
        </w:tc>
      </w:tr>
    </w:tbl>
    <w:p w14:paraId="67F95BC6" w14:textId="255CD3D0" w:rsidR="00397F56" w:rsidRDefault="008F2845">
      <w:pPr>
        <w:jc w:val="center"/>
        <w:rPr>
          <w:rFonts w:eastAsiaTheme="minorEastAsia" w:hint="eastAsia"/>
          <w:noProof/>
          <w:lang w:eastAsia="ja-JP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9952" behindDoc="0" locked="0" layoutInCell="1" allowOverlap="1" wp14:anchorId="2ACAF7F5" wp14:editId="48567894">
                <wp:simplePos x="0" y="0"/>
                <wp:positionH relativeFrom="column">
                  <wp:posOffset>3717925</wp:posOffset>
                </wp:positionH>
                <wp:positionV relativeFrom="paragraph">
                  <wp:posOffset>77841</wp:posOffset>
                </wp:positionV>
                <wp:extent cx="1823408" cy="748665"/>
                <wp:effectExtent l="57150" t="19050" r="81915" b="89535"/>
                <wp:wrapNone/>
                <wp:docPr id="1724058450" name="四角形: 角を丸くする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3408" cy="748665"/>
                        </a:xfrm>
                        <a:prstGeom prst="roundRect">
                          <a:avLst/>
                        </a:prstGeom>
                        <a:solidFill>
                          <a:schemeClr val="tx1">
                            <a:lumMod val="85000"/>
                            <a:lumOff val="15000"/>
                          </a:schemeClr>
                        </a:solidFill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233820D" id="四角形: 角を丸くする 3" o:spid="_x0000_s1026" style="position:absolute;margin-left:292.75pt;margin-top:6.15pt;width:143.6pt;height:58.95pt;z-index:251709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" fillcolor="#272727 [2749]" strokecolor="#4579b8 [3044]">
                <v:shadow on="t" color="black" opacity="22937f" origin=",.5" offset="0,.63889mm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16768" behindDoc="0" locked="0" layoutInCell="1" allowOverlap="1" wp14:anchorId="48186089" wp14:editId="651E5DA4">
                <wp:simplePos x="0" y="0"/>
                <wp:positionH relativeFrom="column">
                  <wp:posOffset>1738953</wp:posOffset>
                </wp:positionH>
                <wp:positionV relativeFrom="paragraph">
                  <wp:posOffset>69059</wp:posOffset>
                </wp:positionV>
                <wp:extent cx="1823408" cy="748665"/>
                <wp:effectExtent l="57150" t="19050" r="81915" b="89535"/>
                <wp:wrapNone/>
                <wp:docPr id="692387923" name="四角形: 角を丸くする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3408" cy="748665"/>
                        </a:xfrm>
                        <a:prstGeom prst="roundRect">
                          <a:avLst/>
                        </a:prstGeom>
                        <a:solidFill>
                          <a:schemeClr val="tx1">
                            <a:lumMod val="85000"/>
                            <a:lumOff val="15000"/>
                          </a:schemeClr>
                        </a:solidFill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D56A0FB" id="四角形: 角を丸くする 3" o:spid="_x0000_s1026" style="position:absolute;margin-left:136.95pt;margin-top:5.45pt;width:143.6pt;height:58.95pt;z-index:251616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" fillcolor="#272727 [2749]" strokecolor="#4579b8 [3044]">
                <v:shadow on="t" color="black" opacity="22937f" origin=",.5" offset="0,.63889mm"/>
              </v:roundrect>
            </w:pict>
          </mc:Fallback>
        </mc:AlternateContent>
      </w:r>
      <w:r w:rsidR="00BC02AD">
        <w:rPr>
          <w:noProof/>
        </w:rPr>
        <mc:AlternateContent>
          <mc:Choice Requires="wps">
            <w:drawing>
              <wp:anchor distT="0" distB="0" distL="114300" distR="114300" simplePos="0" relativeHeight="251579904" behindDoc="0" locked="0" layoutInCell="1" allowOverlap="1" wp14:anchorId="4606EB19" wp14:editId="58FB3F55">
                <wp:simplePos x="0" y="0"/>
                <wp:positionH relativeFrom="column">
                  <wp:posOffset>2863730</wp:posOffset>
                </wp:positionH>
                <wp:positionV relativeFrom="paragraph">
                  <wp:posOffset>110862</wp:posOffset>
                </wp:positionV>
                <wp:extent cx="591820" cy="523612"/>
                <wp:effectExtent l="57150" t="19050" r="74930" b="86360"/>
                <wp:wrapNone/>
                <wp:docPr id="2054824127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1820" cy="523612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20293A3" id="正方形/長方形 2" o:spid="_x0000_s1026" style="position:absolute;margin-left:225.5pt;margin-top:8.75pt;width:46.6pt;height:41.25pt;z-index:251579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" fillcolor="#eeece1 [3214]" strokecolor="#4579b8 [3044]">
                <v:shadow on="t" color="black" opacity="22937f" origin=",.5" offset="0,.63889mm"/>
              </v:rect>
            </w:pict>
          </mc:Fallback>
        </mc:AlternateContent>
      </w:r>
    </w:p>
    <w:p w14:paraId="507FFB23" w14:textId="1900E60F" w:rsidR="00BC02AD" w:rsidRDefault="00CC7AC3">
      <w:pPr>
        <w:jc w:val="center"/>
        <w:rPr>
          <w:rFonts w:eastAsiaTheme="minorEastAsia" w:hint="eastAsia"/>
          <w:noProof/>
          <w:lang w:eastAsia="ja-JP"/>
        </w:rPr>
      </w:pPr>
      <w:r>
        <w:rPr>
          <w:noProof/>
        </w:rPr>
        <w:drawing>
          <wp:anchor distT="0" distB="0" distL="114300" distR="114300" simplePos="0" relativeHeight="251766272" behindDoc="0" locked="0" layoutInCell="1" allowOverlap="1" wp14:anchorId="45DC941F" wp14:editId="56B9B414">
            <wp:simplePos x="0" y="0"/>
            <wp:positionH relativeFrom="column">
              <wp:posOffset>4792345</wp:posOffset>
            </wp:positionH>
            <wp:positionV relativeFrom="paragraph">
              <wp:posOffset>3810</wp:posOffset>
            </wp:positionV>
            <wp:extent cx="622935" cy="622935"/>
            <wp:effectExtent l="0" t="0" r="5715" b="5715"/>
            <wp:wrapNone/>
            <wp:docPr id="52" name="図 51">
              <a:extLst xmlns:a="http://schemas.openxmlformats.org/drawingml/2006/main">
                <a:ext uri="{FF2B5EF4-FFF2-40B4-BE49-F238E27FC236}">
                  <a16:creationId xmlns:a16="http://schemas.microsoft.com/office/drawing/2014/main" id="{D1A06AD9-6663-67B4-9356-6CFA1880B4D7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図 51">
                      <a:extLst>
                        <a:ext uri="{FF2B5EF4-FFF2-40B4-BE49-F238E27FC236}">
                          <a16:creationId xmlns:a16="http://schemas.microsoft.com/office/drawing/2014/main" id="{D1A06AD9-6663-67B4-9356-6CFA1880B4D7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2935" cy="6229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765248" behindDoc="0" locked="0" layoutInCell="1" allowOverlap="1" wp14:anchorId="0EB8E870" wp14:editId="6C856CD7">
            <wp:simplePos x="0" y="0"/>
            <wp:positionH relativeFrom="column">
              <wp:posOffset>2757777</wp:posOffset>
            </wp:positionH>
            <wp:positionV relativeFrom="paragraph">
              <wp:posOffset>3368</wp:posOffset>
            </wp:positionV>
            <wp:extent cx="651510" cy="651510"/>
            <wp:effectExtent l="0" t="0" r="0" b="0"/>
            <wp:wrapNone/>
            <wp:docPr id="2012481752" name="図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2481752" name="図 2012481752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651510" cy="6515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F2845">
        <w:rPr>
          <w:noProof/>
        </w:rPr>
        <mc:AlternateContent>
          <mc:Choice Requires="wps">
            <w:drawing>
              <wp:anchor distT="45720" distB="45720" distL="114300" distR="114300" simplePos="0" relativeHeight="251757056" behindDoc="0" locked="0" layoutInCell="1" allowOverlap="1" wp14:anchorId="363CE9CE" wp14:editId="4009D2A3">
                <wp:simplePos x="0" y="0"/>
                <wp:positionH relativeFrom="column">
                  <wp:posOffset>3846195</wp:posOffset>
                </wp:positionH>
                <wp:positionV relativeFrom="paragraph">
                  <wp:posOffset>65405</wp:posOffset>
                </wp:positionV>
                <wp:extent cx="784860" cy="560070"/>
                <wp:effectExtent l="0" t="0" r="0" b="0"/>
                <wp:wrapSquare wrapText="bothSides"/>
                <wp:docPr id="153241929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4860" cy="5600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0022CD" w14:textId="73C8C18C" w:rsidR="008F2845" w:rsidRPr="008F2845" w:rsidRDefault="008F2845" w:rsidP="008F2845">
                            <w:pPr>
                              <w:spacing w:line="320" w:lineRule="exact"/>
                              <w:rPr>
                                <w:rFonts w:ascii="BIZ UDPゴシック" w:eastAsia="BIZ UDPゴシック" w:hAnsi="BIZ UDPゴシック" w:cs="ＭＳ 明朝"/>
                                <w:b/>
                                <w:bCs/>
                                <w:color w:val="FFFFFF" w:themeColor="background1"/>
                                <w:sz w:val="22"/>
                                <w:lang w:eastAsia="ja-JP"/>
                              </w:rPr>
                            </w:pPr>
                            <w:r w:rsidRPr="008F2845">
                              <w:rPr>
                                <w:rFonts w:ascii="BIZ UDPゴシック" w:eastAsia="BIZ UDPゴシック" w:hAnsi="BIZ UDPゴシック" w:cs="ＭＳ 明朝" w:hint="eastAsia"/>
                                <w:b/>
                                <w:bCs/>
                                <w:color w:val="FFFFFF" w:themeColor="background1"/>
                                <w:sz w:val="22"/>
                                <w:lang w:eastAsia="ja-JP"/>
                              </w:rPr>
                              <w:t>パブコメ</w:t>
                            </w:r>
                          </w:p>
                          <w:p w14:paraId="1BC0DDDC" w14:textId="75C4CD5E" w:rsidR="008F2845" w:rsidRPr="008F2845" w:rsidRDefault="008F2845" w:rsidP="008F2845">
                            <w:pPr>
                              <w:spacing w:line="320" w:lineRule="exact"/>
                              <w:rPr>
                                <w:rFonts w:ascii="BIZ UDPゴシック" w:eastAsia="BIZ UDPゴシック" w:hAnsi="BIZ UDPゴシック"/>
                                <w:b/>
                                <w:bCs/>
                                <w:color w:val="FFFFFF" w:themeColor="background1"/>
                                <w:sz w:val="22"/>
                              </w:rPr>
                            </w:pPr>
                            <w:r w:rsidRPr="008F2845">
                              <w:rPr>
                                <w:rFonts w:ascii="BIZ UDPゴシック" w:eastAsia="BIZ UDPゴシック" w:hAnsi="BIZ UDPゴシック" w:cs="ＭＳ 明朝" w:hint="eastAsia"/>
                                <w:b/>
                                <w:bCs/>
                                <w:color w:val="FFFFFF" w:themeColor="background1"/>
                                <w:sz w:val="22"/>
                                <w:lang w:eastAsia="ja-JP"/>
                              </w:rPr>
                              <w:t>資　　 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63CE9CE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302.85pt;margin-top:5.15pt;width:61.8pt;height:44.1pt;z-index:2517570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" filled="f" stroked="f">
                <v:textbox>
                  <w:txbxContent>
                    <w:p w14:paraId="540022CD" w14:textId="73C8C18C" w:rsidR="008F2845" w:rsidRPr="008F2845" w:rsidRDefault="008F2845" w:rsidP="008F2845">
                      <w:pPr>
                        <w:spacing w:line="320" w:lineRule="exact"/>
                        <w:rPr>
                          <w:rFonts w:ascii="BIZ UDPゴシック" w:eastAsia="BIZ UDPゴシック" w:hAnsi="BIZ UDPゴシック" w:cs="ＭＳ 明朝"/>
                          <w:b/>
                          <w:bCs/>
                          <w:color w:val="FFFFFF" w:themeColor="background1"/>
                          <w:sz w:val="22"/>
                          <w:lang w:eastAsia="ja-JP"/>
                        </w:rPr>
                      </w:pPr>
                      <w:r w:rsidRPr="008F2845">
                        <w:rPr>
                          <w:rFonts w:ascii="BIZ UDPゴシック" w:eastAsia="BIZ UDPゴシック" w:hAnsi="BIZ UDPゴシック" w:cs="ＭＳ 明朝" w:hint="eastAsia"/>
                          <w:b/>
                          <w:bCs/>
                          <w:color w:val="FFFFFF" w:themeColor="background1"/>
                          <w:sz w:val="22"/>
                          <w:lang w:eastAsia="ja-JP"/>
                        </w:rPr>
                        <w:t>パブコメ</w:t>
                      </w:r>
                    </w:p>
                    <w:p w14:paraId="1BC0DDDC" w14:textId="75C4CD5E" w:rsidR="008F2845" w:rsidRPr="008F2845" w:rsidRDefault="008F2845" w:rsidP="008F2845">
                      <w:pPr>
                        <w:spacing w:line="320" w:lineRule="exact"/>
                        <w:rPr>
                          <w:rFonts w:ascii="BIZ UDPゴシック" w:eastAsia="BIZ UDPゴシック" w:hAnsi="BIZ UDPゴシック"/>
                          <w:b/>
                          <w:bCs/>
                          <w:color w:val="FFFFFF" w:themeColor="background1"/>
                          <w:sz w:val="22"/>
                        </w:rPr>
                      </w:pPr>
                      <w:r w:rsidRPr="008F2845">
                        <w:rPr>
                          <w:rFonts w:ascii="BIZ UDPゴシック" w:eastAsia="BIZ UDPゴシック" w:hAnsi="BIZ UDPゴシック" w:cs="ＭＳ 明朝" w:hint="eastAsia"/>
                          <w:b/>
                          <w:bCs/>
                          <w:color w:val="FFFFFF" w:themeColor="background1"/>
                          <w:sz w:val="22"/>
                          <w:lang w:eastAsia="ja-JP"/>
                        </w:rPr>
                        <w:t>資　　 料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8F2845">
        <w:rPr>
          <w:noProof/>
        </w:rPr>
        <mc:AlternateContent>
          <mc:Choice Requires="wps">
            <w:drawing>
              <wp:anchor distT="45720" distB="45720" distL="114300" distR="114300" simplePos="0" relativeHeight="251689472" behindDoc="0" locked="0" layoutInCell="1" allowOverlap="1" wp14:anchorId="3698BD05" wp14:editId="173250EF">
                <wp:simplePos x="0" y="0"/>
                <wp:positionH relativeFrom="column">
                  <wp:posOffset>1827793</wp:posOffset>
                </wp:positionH>
                <wp:positionV relativeFrom="paragraph">
                  <wp:posOffset>43755</wp:posOffset>
                </wp:positionV>
                <wp:extent cx="724535" cy="549910"/>
                <wp:effectExtent l="0" t="0" r="0" b="2540"/>
                <wp:wrapSquare wrapText="bothSides"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4535" cy="5499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33DC24" w14:textId="1AA5D2BE" w:rsidR="00BC02AD" w:rsidRPr="008F2845" w:rsidRDefault="00BC02AD" w:rsidP="008F2845">
                            <w:pPr>
                              <w:spacing w:line="320" w:lineRule="exact"/>
                              <w:rPr>
                                <w:rFonts w:ascii="BIZ UDPゴシック" w:eastAsia="BIZ UDPゴシック" w:hAnsi="BIZ UDPゴシック" w:cs="ＭＳ 明朝"/>
                                <w:b/>
                                <w:bCs/>
                                <w:color w:val="FFFFFF" w:themeColor="background1"/>
                                <w:sz w:val="22"/>
                                <w:lang w:eastAsia="ja-JP"/>
                              </w:rPr>
                            </w:pPr>
                            <w:r w:rsidRPr="008F2845">
                              <w:rPr>
                                <w:rFonts w:ascii="BIZ UDPゴシック" w:eastAsia="BIZ UDPゴシック" w:hAnsi="BIZ UDPゴシック" w:cs="ＭＳ 明朝" w:hint="eastAsia"/>
                                <w:b/>
                                <w:bCs/>
                                <w:color w:val="FFFFFF" w:themeColor="background1"/>
                                <w:sz w:val="22"/>
                                <w:lang w:eastAsia="ja-JP"/>
                              </w:rPr>
                              <w:t>応     募</w:t>
                            </w:r>
                          </w:p>
                          <w:p w14:paraId="58824AC0" w14:textId="17DBD054" w:rsidR="00BC02AD" w:rsidRPr="008F2845" w:rsidRDefault="00BC02AD" w:rsidP="008F2845">
                            <w:pPr>
                              <w:spacing w:line="320" w:lineRule="exact"/>
                              <w:rPr>
                                <w:rFonts w:ascii="BIZ UDPゴシック" w:eastAsia="BIZ UDPゴシック" w:hAnsi="BIZ UDPゴシック"/>
                                <w:b/>
                                <w:bCs/>
                                <w:color w:val="FFFFFF" w:themeColor="background1"/>
                                <w:sz w:val="22"/>
                              </w:rPr>
                            </w:pPr>
                            <w:r w:rsidRPr="008F2845">
                              <w:rPr>
                                <w:rFonts w:ascii="BIZ UDPゴシック" w:eastAsia="BIZ UDPゴシック" w:hAnsi="BIZ UDPゴシック" w:cs="ＭＳ 明朝" w:hint="eastAsia"/>
                                <w:b/>
                                <w:bCs/>
                                <w:color w:val="FFFFFF" w:themeColor="background1"/>
                                <w:sz w:val="22"/>
                                <w:lang w:eastAsia="ja-JP"/>
                              </w:rPr>
                              <w:t>フォーム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98BD05" id="_x0000_s1027" type="#_x0000_t202" style="position:absolute;left:0;text-align:left;margin-left:143.9pt;margin-top:3.45pt;width:57.05pt;height:43.3pt;z-index:2516894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" filled="f" stroked="f">
                <v:textbox>
                  <w:txbxContent>
                    <w:p w14:paraId="1C33DC24" w14:textId="1AA5D2BE" w:rsidR="00BC02AD" w:rsidRPr="008F2845" w:rsidRDefault="00BC02AD" w:rsidP="008F2845">
                      <w:pPr>
                        <w:spacing w:line="320" w:lineRule="exact"/>
                        <w:rPr>
                          <w:rFonts w:ascii="BIZ UDPゴシック" w:eastAsia="BIZ UDPゴシック" w:hAnsi="BIZ UDPゴシック" w:cs="ＭＳ 明朝"/>
                          <w:b/>
                          <w:bCs/>
                          <w:color w:val="FFFFFF" w:themeColor="background1"/>
                          <w:sz w:val="22"/>
                          <w:lang w:eastAsia="ja-JP"/>
                        </w:rPr>
                      </w:pPr>
                      <w:r w:rsidRPr="008F2845">
                        <w:rPr>
                          <w:rFonts w:ascii="BIZ UDPゴシック" w:eastAsia="BIZ UDPゴシック" w:hAnsi="BIZ UDPゴシック" w:cs="ＭＳ 明朝" w:hint="eastAsia"/>
                          <w:b/>
                          <w:bCs/>
                          <w:color w:val="FFFFFF" w:themeColor="background1"/>
                          <w:sz w:val="22"/>
                          <w:lang w:eastAsia="ja-JP"/>
                        </w:rPr>
                        <w:t>応     募</w:t>
                      </w:r>
                    </w:p>
                    <w:p w14:paraId="58824AC0" w14:textId="17DBD054" w:rsidR="00BC02AD" w:rsidRPr="008F2845" w:rsidRDefault="00BC02AD" w:rsidP="008F2845">
                      <w:pPr>
                        <w:spacing w:line="320" w:lineRule="exact"/>
                        <w:rPr>
                          <w:rFonts w:ascii="BIZ UDPゴシック" w:eastAsia="BIZ UDPゴシック" w:hAnsi="BIZ UDPゴシック"/>
                          <w:b/>
                          <w:bCs/>
                          <w:color w:val="FFFFFF" w:themeColor="background1"/>
                          <w:sz w:val="22"/>
                        </w:rPr>
                      </w:pPr>
                      <w:r w:rsidRPr="008F2845">
                        <w:rPr>
                          <w:rFonts w:ascii="BIZ UDPゴシック" w:eastAsia="BIZ UDPゴシック" w:hAnsi="BIZ UDPゴシック" w:cs="ＭＳ 明朝" w:hint="eastAsia"/>
                          <w:b/>
                          <w:bCs/>
                          <w:color w:val="FFFFFF" w:themeColor="background1"/>
                          <w:sz w:val="22"/>
                          <w:lang w:eastAsia="ja-JP"/>
                        </w:rPr>
                        <w:t>フォーム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404B1825" w14:textId="48A264C6" w:rsidR="00BC02AD" w:rsidRDefault="008F2845">
      <w:pPr>
        <w:jc w:val="center"/>
        <w:rPr>
          <w:rFonts w:eastAsiaTheme="minorEastAsia" w:hint="eastAsia"/>
          <w:noProof/>
          <w:lang w:eastAsia="ja-JP"/>
        </w:rPr>
      </w:pPr>
      <w:r>
        <w:rPr>
          <w:rFonts w:eastAsiaTheme="minorEastAsia"/>
          <w:noProof/>
          <w:lang w:eastAsia="ja-JP"/>
        </w:rPr>
        <mc:AlternateContent>
          <mc:Choice Requires="wps">
            <w:drawing>
              <wp:anchor distT="0" distB="0" distL="114300" distR="114300" simplePos="0" relativeHeight="251697664" behindDoc="0" locked="0" layoutInCell="1" allowOverlap="1" wp14:anchorId="6E24F2F7" wp14:editId="13C4A58F">
                <wp:simplePos x="0" y="0"/>
                <wp:positionH relativeFrom="column">
                  <wp:posOffset>2513701</wp:posOffset>
                </wp:positionH>
                <wp:positionV relativeFrom="paragraph">
                  <wp:posOffset>118110</wp:posOffset>
                </wp:positionV>
                <wp:extent cx="234315" cy="107315"/>
                <wp:effectExtent l="63500" t="12700" r="38735" b="76835"/>
                <wp:wrapNone/>
                <wp:docPr id="1099940941" name="二等辺三角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234315" cy="107315"/>
                        </a:xfrm>
                        <a:prstGeom prst="triangle">
                          <a:avLst/>
                        </a:prstGeom>
                        <a:solidFill>
                          <a:schemeClr val="bg2">
                            <a:lumMod val="9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21EB57A" id="_x0000_t5" coordsize="21600,21600" o:spt="5" adj="10800" path="m@0,l,21600r21600,xe">
                <v:stroke joinstyle="miter"/>
                <v:formulas>
                  <v:f eqn="val #0"/>
                  <v:f eqn="prod #0 1 2"/>
                  <v:f eqn="sum @1 10800 0"/>
                </v:formulas>
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<v:handles>
                  <v:h position="#0,topLeft" xrange="0,21600"/>
                </v:handles>
              </v:shapetype>
              <v:shape id="二等辺三角形 4" o:spid="_x0000_s1026" type="#_x0000_t5" style="position:absolute;margin-left:197.95pt;margin-top:9.3pt;width:18.45pt;height:8.45pt;rotation:90;z-index:251697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" fillcolor="#ddd8c2 [2894]" stroked="f">
                <v:shadow on="t" color="black" opacity="22937f" origin=",.5" offset="0,.63889mm"/>
              </v:shape>
            </w:pict>
          </mc:Fallback>
        </mc:AlternateContent>
      </w:r>
      <w:r>
        <w:rPr>
          <w:rFonts w:eastAsiaTheme="minorEastAsia"/>
          <w:noProof/>
          <w:lang w:eastAsia="ja-JP"/>
        </w:rPr>
        <mc:AlternateContent>
          <mc:Choice Requires="wps">
            <w:drawing>
              <wp:anchor distT="0" distB="0" distL="114300" distR="114300" simplePos="0" relativeHeight="251764224" behindDoc="0" locked="0" layoutInCell="1" allowOverlap="1" wp14:anchorId="2101BF6F" wp14:editId="486BF6C4">
                <wp:simplePos x="0" y="0"/>
                <wp:positionH relativeFrom="column">
                  <wp:posOffset>4515365</wp:posOffset>
                </wp:positionH>
                <wp:positionV relativeFrom="paragraph">
                  <wp:posOffset>130534</wp:posOffset>
                </wp:positionV>
                <wp:extent cx="234315" cy="107315"/>
                <wp:effectExtent l="63500" t="12700" r="38735" b="76835"/>
                <wp:wrapNone/>
                <wp:docPr id="1264577127" name="二等辺三角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234315" cy="107315"/>
                        </a:xfrm>
                        <a:prstGeom prst="triangle">
                          <a:avLst/>
                        </a:prstGeom>
                        <a:solidFill>
                          <a:schemeClr val="bg2">
                            <a:lumMod val="9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2342F8" id="二等辺三角形 4" o:spid="_x0000_s1026" type="#_x0000_t5" style="position:absolute;margin-left:355.55pt;margin-top:10.3pt;width:18.45pt;height:8.45pt;rotation:90;z-index:251764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" fillcolor="#ddd8c2 [2894]" stroked="f">
                <v:shadow on="t" color="black" opacity="22937f" origin=",.5" offset="0,.63889mm"/>
              </v:shape>
            </w:pict>
          </mc:Fallback>
        </mc:AlternateContent>
      </w:r>
    </w:p>
    <w:p w14:paraId="7D0540C2" w14:textId="2934095A" w:rsidR="00BC02AD" w:rsidRDefault="00BC02AD">
      <w:pPr>
        <w:jc w:val="center"/>
        <w:rPr>
          <w:rFonts w:eastAsiaTheme="minorEastAsia" w:hint="eastAsia"/>
          <w:noProof/>
          <w:lang w:eastAsia="ja-JP"/>
        </w:rPr>
      </w:pPr>
    </w:p>
    <w:p w14:paraId="0294624A" w14:textId="097B5980" w:rsidR="00BC02AD" w:rsidRDefault="00BC02AD">
      <w:pPr>
        <w:jc w:val="center"/>
        <w:rPr>
          <w:rFonts w:eastAsiaTheme="minorEastAsia" w:hint="eastAsia"/>
          <w:noProof/>
          <w:lang w:eastAsia="ja-JP"/>
        </w:rPr>
      </w:pPr>
    </w:p>
    <w:p w14:paraId="2987E6C4" w14:textId="77777777" w:rsidR="00BC02AD" w:rsidRPr="00BC02AD" w:rsidRDefault="00BC02AD">
      <w:pPr>
        <w:jc w:val="center"/>
        <w:rPr>
          <w:rFonts w:eastAsiaTheme="minorEastAsia" w:hint="eastAsia"/>
          <w:lang w:eastAsia="ja-JP"/>
        </w:rPr>
      </w:pPr>
    </w:p>
    <w:p w14:paraId="6A4C34E6" w14:textId="77777777" w:rsidR="00212887" w:rsidRDefault="00212887">
      <w:pPr>
        <w:rPr>
          <w:rFonts w:ascii="BIZ UDPゴシック" w:eastAsia="BIZ UDPゴシック" w:hAnsi="BIZ UDPゴシック"/>
          <w:b/>
          <w:sz w:val="24"/>
          <w:szCs w:val="24"/>
          <w:lang w:eastAsia="ja-JP"/>
        </w:rPr>
      </w:pPr>
    </w:p>
    <w:p w14:paraId="6442A434" w14:textId="0D7B190B" w:rsidR="00397F56" w:rsidRPr="00212887" w:rsidRDefault="00212887">
      <w:pPr>
        <w:rPr>
          <w:rFonts w:ascii="BIZ UDPゴシック" w:eastAsia="BIZ UDPゴシック" w:hAnsi="BIZ UDPゴシック"/>
          <w:sz w:val="24"/>
          <w:szCs w:val="24"/>
          <w:lang w:eastAsia="ja-JP"/>
        </w:rPr>
      </w:pPr>
      <w:r w:rsidRPr="00212887">
        <w:rPr>
          <w:rFonts w:ascii="BIZ UDPゴシック" w:eastAsia="BIZ UDPゴシック" w:hAnsi="BIZ UDPゴシック" w:hint="eastAsia"/>
          <w:b/>
          <w:sz w:val="24"/>
          <w:szCs w:val="24"/>
          <w:lang w:eastAsia="ja-JP"/>
        </w:rPr>
        <w:t>（仮称）静岡市模型</w:t>
      </w:r>
      <w:r w:rsidR="00CC7AC3">
        <w:rPr>
          <w:rFonts w:ascii="BIZ UDPゴシック" w:eastAsia="BIZ UDPゴシック" w:hAnsi="BIZ UDPゴシック" w:hint="eastAsia"/>
          <w:b/>
          <w:sz w:val="24"/>
          <w:szCs w:val="24"/>
          <w:lang w:eastAsia="ja-JP"/>
        </w:rPr>
        <w:t>（MOKEI）</w:t>
      </w:r>
      <w:r w:rsidRPr="00212887">
        <w:rPr>
          <w:rFonts w:ascii="BIZ UDPゴシック" w:eastAsia="BIZ UDPゴシック" w:hAnsi="BIZ UDPゴシック" w:hint="eastAsia"/>
          <w:b/>
          <w:sz w:val="24"/>
          <w:szCs w:val="24"/>
          <w:lang w:eastAsia="ja-JP"/>
        </w:rPr>
        <w:t>の世界首都条例 骨子案</w:t>
      </w:r>
      <w:r w:rsidRPr="00212887">
        <w:rPr>
          <w:rFonts w:ascii="BIZ UDPゴシック" w:eastAsia="BIZ UDPゴシック" w:hAnsi="BIZ UDPゴシック"/>
          <w:b/>
          <w:sz w:val="24"/>
          <w:szCs w:val="24"/>
          <w:lang w:eastAsia="ja-JP"/>
        </w:rPr>
        <w:t>に関して、あなたのご意見をお聴かせください。</w:t>
      </w:r>
    </w:p>
    <w:p w14:paraId="6BA24098" w14:textId="77777777" w:rsidR="00397F56" w:rsidRDefault="00397F56">
      <w:pPr>
        <w:rPr>
          <w:lang w:eastAsia="ja-JP"/>
        </w:rPr>
      </w:pPr>
    </w:p>
    <w:tbl>
      <w:tblPr>
        <w:tblW w:w="11225" w:type="dxa"/>
        <w:jc w:val="center"/>
        <w:tblLayout w:type="fixed"/>
        <w:tblLook w:val="04A0" w:firstRow="1" w:lastRow="0" w:firstColumn="1" w:lastColumn="0" w:noHBand="0" w:noVBand="1"/>
      </w:tblPr>
      <w:tblGrid>
        <w:gridCol w:w="2827"/>
        <w:gridCol w:w="8398"/>
      </w:tblGrid>
      <w:tr w:rsidR="00397F56" w14:paraId="0D1B346B" w14:textId="77777777" w:rsidTr="004260DD">
        <w:trPr>
          <w:trHeight w:val="921"/>
          <w:jc w:val="center"/>
        </w:trPr>
        <w:tc>
          <w:tcPr>
            <w:tcW w:w="2827" w:type="dxa"/>
            <w:tcBorders>
              <w:top w:val="single" w:sz="6" w:space="0" w:color="252525"/>
              <w:left w:val="single" w:sz="6" w:space="0" w:color="252525"/>
              <w:bottom w:val="single" w:sz="6" w:space="0" w:color="252525"/>
              <w:right w:val="single" w:sz="6" w:space="0" w:color="252525"/>
            </w:tcBorders>
            <w:shd w:val="clear" w:color="auto" w:fill="252525"/>
            <w:vAlign w:val="center"/>
          </w:tcPr>
          <w:p w14:paraId="4A950207" w14:textId="7C2F571A" w:rsidR="00397F56" w:rsidRPr="00212887" w:rsidRDefault="004260DD">
            <w:pPr>
              <w:jc w:val="center"/>
              <w:rPr>
                <w:rFonts w:ascii="BIZ UDPゴシック" w:eastAsia="BIZ UDPゴシック" w:hAnsi="BIZ UDPゴシック"/>
                <w:sz w:val="24"/>
                <w:szCs w:val="24"/>
                <w:lang w:eastAsia="ja-JP"/>
              </w:rPr>
            </w:pPr>
            <w:r>
              <w:rPr>
                <w:rFonts w:ascii="BIZ UDPゴシック" w:eastAsia="BIZ UDPゴシック" w:hAnsi="BIZ UDPゴシック" w:hint="eastAsia"/>
                <w:b/>
                <w:color w:val="FFFFFF"/>
                <w:sz w:val="24"/>
                <w:szCs w:val="24"/>
                <w:lang w:eastAsia="ja-JP"/>
              </w:rPr>
              <w:t>ご意見のタイトル</w:t>
            </w:r>
            <w:r>
              <w:rPr>
                <w:rFonts w:ascii="BIZ UDPゴシック" w:eastAsia="BIZ UDPゴシック" w:hAnsi="BIZ UDPゴシック"/>
                <w:b/>
                <w:color w:val="FFFFFF"/>
                <w:sz w:val="24"/>
                <w:szCs w:val="24"/>
                <w:lang w:eastAsia="ja-JP"/>
              </w:rPr>
              <w:br/>
            </w:r>
            <w:r>
              <w:rPr>
                <w:rFonts w:ascii="BIZ UDPゴシック" w:eastAsia="BIZ UDPゴシック" w:hAnsi="BIZ UDPゴシック" w:hint="eastAsia"/>
                <w:b/>
                <w:color w:val="FFFFFF"/>
                <w:sz w:val="24"/>
                <w:szCs w:val="24"/>
                <w:lang w:eastAsia="ja-JP"/>
              </w:rPr>
              <w:t>【項目】</w:t>
            </w:r>
          </w:p>
        </w:tc>
        <w:tc>
          <w:tcPr>
            <w:tcW w:w="8398" w:type="dxa"/>
            <w:tcBorders>
              <w:top w:val="single" w:sz="6" w:space="0" w:color="252525"/>
              <w:left w:val="single" w:sz="6" w:space="0" w:color="252525"/>
              <w:bottom w:val="single" w:sz="6" w:space="0" w:color="252525"/>
              <w:right w:val="single" w:sz="6" w:space="0" w:color="252525"/>
            </w:tcBorders>
            <w:shd w:val="clear" w:color="auto" w:fill="252525"/>
            <w:vAlign w:val="center"/>
          </w:tcPr>
          <w:p w14:paraId="517B954B" w14:textId="77777777" w:rsidR="00397F56" w:rsidRPr="00212887" w:rsidRDefault="00E11B6A">
            <w:pPr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212887">
              <w:rPr>
                <w:rFonts w:ascii="BIZ UDPゴシック" w:eastAsia="BIZ UDPゴシック" w:hAnsi="BIZ UDPゴシック"/>
                <w:b/>
                <w:color w:val="FFFFFF"/>
                <w:sz w:val="24"/>
                <w:szCs w:val="24"/>
              </w:rPr>
              <w:t>ご意見</w:t>
            </w:r>
          </w:p>
        </w:tc>
      </w:tr>
      <w:tr w:rsidR="00397F56" w14:paraId="7C0D2A17" w14:textId="77777777" w:rsidTr="004260DD">
        <w:trPr>
          <w:trHeight w:val="3402"/>
          <w:jc w:val="center"/>
        </w:trPr>
        <w:tc>
          <w:tcPr>
            <w:tcW w:w="2827" w:type="dxa"/>
            <w:tcBorders>
              <w:top w:val="single" w:sz="6" w:space="0" w:color="252525"/>
              <w:left w:val="single" w:sz="6" w:space="0" w:color="252525"/>
              <w:bottom w:val="single" w:sz="6" w:space="0" w:color="252525"/>
              <w:right w:val="single" w:sz="6" w:space="0" w:color="252525"/>
            </w:tcBorders>
            <w:vAlign w:val="center"/>
          </w:tcPr>
          <w:p w14:paraId="67B69C00" w14:textId="77777777" w:rsidR="00397F56" w:rsidRDefault="00397F56"/>
        </w:tc>
        <w:tc>
          <w:tcPr>
            <w:tcW w:w="8398" w:type="dxa"/>
            <w:tcBorders>
              <w:top w:val="single" w:sz="6" w:space="0" w:color="252525"/>
              <w:left w:val="single" w:sz="6" w:space="0" w:color="252525"/>
              <w:bottom w:val="single" w:sz="6" w:space="0" w:color="252525"/>
              <w:right w:val="single" w:sz="6" w:space="0" w:color="252525"/>
            </w:tcBorders>
            <w:vAlign w:val="center"/>
          </w:tcPr>
          <w:p w14:paraId="638B8F81" w14:textId="77777777" w:rsidR="00397F56" w:rsidRDefault="00397F56"/>
        </w:tc>
      </w:tr>
    </w:tbl>
    <w:p w14:paraId="2014B995" w14:textId="77777777" w:rsidR="00397F56" w:rsidRPr="005D2E88" w:rsidRDefault="00E11B6A">
      <w:pPr>
        <w:rPr>
          <w:rFonts w:ascii="BIZ UDPゴシック" w:eastAsia="BIZ UDPゴシック" w:hAnsi="BIZ UDPゴシック"/>
          <w:lang w:eastAsia="ja-JP"/>
        </w:rPr>
      </w:pPr>
      <w:r w:rsidRPr="005D2E88">
        <w:rPr>
          <w:rFonts w:ascii="BIZ UDPゴシック" w:eastAsia="BIZ UDPゴシック" w:hAnsi="BIZ UDPゴシック"/>
          <w:sz w:val="16"/>
          <w:lang w:eastAsia="ja-JP"/>
        </w:rPr>
        <w:t>※１　複数のご意見がある場合は、箇条書き等でお書きください。</w:t>
      </w:r>
    </w:p>
    <w:p w14:paraId="56203B1B" w14:textId="5BF67DC9" w:rsidR="00397F56" w:rsidRPr="005D2E88" w:rsidRDefault="00E11B6A">
      <w:pPr>
        <w:rPr>
          <w:rFonts w:ascii="BIZ UDPゴシック" w:eastAsia="BIZ UDPゴシック" w:hAnsi="BIZ UDPゴシック"/>
          <w:lang w:eastAsia="ja-JP"/>
        </w:rPr>
      </w:pPr>
      <w:r w:rsidRPr="005D2E88">
        <w:rPr>
          <w:rFonts w:ascii="BIZ UDPゴシック" w:eastAsia="BIZ UDPゴシック" w:hAnsi="BIZ UDPゴシック"/>
          <w:sz w:val="16"/>
          <w:lang w:eastAsia="ja-JP"/>
        </w:rPr>
        <w:t>※２　上記「ご意見」欄に「別紙のとおり」と記入していただき、別紙にてご提出いただくことも可能です。</w:t>
      </w:r>
    </w:p>
    <w:p w14:paraId="2D885A92" w14:textId="77777777" w:rsidR="00397F56" w:rsidRPr="005D2E88" w:rsidRDefault="00E11B6A">
      <w:pPr>
        <w:rPr>
          <w:rFonts w:ascii="BIZ UDPゴシック" w:eastAsia="BIZ UDPゴシック" w:hAnsi="BIZ UDPゴシック"/>
          <w:lang w:eastAsia="ja-JP"/>
        </w:rPr>
      </w:pPr>
      <w:r w:rsidRPr="005D2E88">
        <w:rPr>
          <w:rFonts w:ascii="BIZ UDPゴシック" w:eastAsia="BIZ UDPゴシック" w:hAnsi="BIZ UDPゴシック"/>
          <w:sz w:val="16"/>
          <w:lang w:eastAsia="ja-JP"/>
        </w:rPr>
        <w:t>※３　電話又は電子メールによる意見の提出や、ご意見に対する個別の回答はできません。</w:t>
      </w:r>
    </w:p>
    <w:p w14:paraId="63074BC2" w14:textId="336E6FB4" w:rsidR="00397F56" w:rsidRPr="005D2E88" w:rsidRDefault="00E11B6A">
      <w:pPr>
        <w:rPr>
          <w:rFonts w:ascii="BIZ UDPゴシック" w:eastAsia="BIZ UDPゴシック" w:hAnsi="BIZ UDPゴシック"/>
          <w:lang w:eastAsia="ja-JP"/>
        </w:rPr>
      </w:pPr>
      <w:r w:rsidRPr="005D2E88">
        <w:rPr>
          <w:rFonts w:ascii="BIZ UDPゴシック" w:eastAsia="BIZ UDPゴシック" w:hAnsi="BIZ UDPゴシック"/>
          <w:sz w:val="16"/>
          <w:lang w:eastAsia="ja-JP"/>
        </w:rPr>
        <w:t>※４　いただいたご意見は、</w:t>
      </w:r>
      <w:r w:rsidR="005D2E88" w:rsidRPr="005D2E88">
        <w:rPr>
          <w:rFonts w:ascii="BIZ UDPゴシック" w:eastAsia="BIZ UDPゴシック" w:hAnsi="BIZ UDPゴシック" w:hint="eastAsia"/>
          <w:bCs/>
          <w:sz w:val="16"/>
          <w:szCs w:val="16"/>
          <w:lang w:eastAsia="ja-JP"/>
        </w:rPr>
        <w:t>（仮称）静岡市模型</w:t>
      </w:r>
      <w:r w:rsidR="00CC7AC3">
        <w:rPr>
          <w:rFonts w:ascii="BIZ UDPゴシック" w:eastAsia="BIZ UDPゴシック" w:hAnsi="BIZ UDPゴシック" w:hint="eastAsia"/>
          <w:bCs/>
          <w:sz w:val="16"/>
          <w:szCs w:val="16"/>
          <w:lang w:eastAsia="ja-JP"/>
        </w:rPr>
        <w:t>（MOKEI）</w:t>
      </w:r>
      <w:r w:rsidR="005D2E88" w:rsidRPr="005D2E88">
        <w:rPr>
          <w:rFonts w:ascii="BIZ UDPゴシック" w:eastAsia="BIZ UDPゴシック" w:hAnsi="BIZ UDPゴシック" w:hint="eastAsia"/>
          <w:bCs/>
          <w:sz w:val="16"/>
          <w:szCs w:val="16"/>
          <w:lang w:eastAsia="ja-JP"/>
        </w:rPr>
        <w:t>の世界首都条例 制定</w:t>
      </w:r>
      <w:r w:rsidRPr="005D2E88">
        <w:rPr>
          <w:rFonts w:ascii="BIZ UDPゴシック" w:eastAsia="BIZ UDPゴシック" w:hAnsi="BIZ UDPゴシック"/>
          <w:sz w:val="16"/>
          <w:lang w:eastAsia="ja-JP"/>
        </w:rPr>
        <w:t>の参考とさせていただきます。</w:t>
      </w:r>
      <w:r w:rsidRPr="005D2E88">
        <w:rPr>
          <w:rFonts w:ascii="BIZ UDPゴシック" w:eastAsia="BIZ UDPゴシック" w:hAnsi="BIZ UDPゴシック"/>
          <w:sz w:val="16"/>
          <w:lang w:eastAsia="ja-JP"/>
        </w:rPr>
        <w:br/>
        <w:t xml:space="preserve">　　　また、個人が特定できないよう編集した上で、意見の要旨を市ホームページ等で原則公開させていただきますので、ご了承ください。</w:t>
      </w:r>
    </w:p>
    <w:p w14:paraId="29F23E93" w14:textId="77777777" w:rsidR="00397F56" w:rsidRDefault="00397F56">
      <w:pPr>
        <w:rPr>
          <w:lang w:eastAsia="ja-JP"/>
        </w:rPr>
      </w:pPr>
    </w:p>
    <w:tbl>
      <w:tblPr>
        <w:tblW w:w="11225" w:type="dxa"/>
        <w:jc w:val="center"/>
        <w:tblLayout w:type="fixed"/>
        <w:tblLook w:val="04A0" w:firstRow="1" w:lastRow="0" w:firstColumn="1" w:lastColumn="0" w:noHBand="0" w:noVBand="1"/>
      </w:tblPr>
      <w:tblGrid>
        <w:gridCol w:w="1835"/>
        <w:gridCol w:w="1340"/>
        <w:gridCol w:w="8050"/>
      </w:tblGrid>
      <w:tr w:rsidR="00397F56" w:rsidRPr="005D2E88" w14:paraId="291EE04B" w14:textId="77777777" w:rsidTr="00D105D4">
        <w:trPr>
          <w:trHeight w:val="680"/>
          <w:jc w:val="center"/>
        </w:trPr>
        <w:tc>
          <w:tcPr>
            <w:tcW w:w="3175" w:type="dxa"/>
            <w:gridSpan w:val="2"/>
            <w:tcBorders>
              <w:top w:val="single" w:sz="6" w:space="0" w:color="252525"/>
              <w:left w:val="single" w:sz="6" w:space="0" w:color="252525"/>
              <w:bottom w:val="single" w:sz="6" w:space="0" w:color="252525"/>
              <w:right w:val="single" w:sz="6" w:space="0" w:color="252525"/>
            </w:tcBorders>
            <w:vAlign w:val="center"/>
          </w:tcPr>
          <w:p w14:paraId="4D5752DC" w14:textId="77777777" w:rsidR="00397F56" w:rsidRPr="005D2E88" w:rsidRDefault="00E11B6A">
            <w:pPr>
              <w:rPr>
                <w:rFonts w:ascii="BIZ UDPゴシック" w:eastAsia="BIZ UDPゴシック" w:hAnsi="BIZ UDPゴシック"/>
                <w:lang w:eastAsia="ja-JP"/>
              </w:rPr>
            </w:pPr>
            <w:r w:rsidRPr="005D2E88">
              <w:rPr>
                <w:rFonts w:ascii="BIZ UDPゴシック" w:eastAsia="BIZ UDPゴシック" w:hAnsi="BIZ UDPゴシック"/>
                <w:color w:val="000000"/>
                <w:lang w:eastAsia="ja-JP"/>
              </w:rPr>
              <w:t>＊住所</w:t>
            </w:r>
            <w:r w:rsidRPr="005D2E88">
              <w:rPr>
                <w:rFonts w:ascii="BIZ UDPゴシック" w:eastAsia="BIZ UDPゴシック" w:hAnsi="BIZ UDPゴシック"/>
                <w:color w:val="000000"/>
                <w:lang w:eastAsia="ja-JP"/>
              </w:rPr>
              <w:br/>
              <w:t>（法人の場合は所在地）</w:t>
            </w:r>
          </w:p>
        </w:tc>
        <w:tc>
          <w:tcPr>
            <w:tcW w:w="8050" w:type="dxa"/>
            <w:tcBorders>
              <w:top w:val="single" w:sz="6" w:space="0" w:color="252525"/>
              <w:left w:val="single" w:sz="6" w:space="0" w:color="252525"/>
              <w:bottom w:val="single" w:sz="6" w:space="0" w:color="252525"/>
              <w:right w:val="single" w:sz="6" w:space="0" w:color="252525"/>
            </w:tcBorders>
            <w:vAlign w:val="center"/>
          </w:tcPr>
          <w:p w14:paraId="2A12AA60" w14:textId="77777777" w:rsidR="00397F56" w:rsidRPr="005D2E88" w:rsidRDefault="00E11B6A">
            <w:pPr>
              <w:rPr>
                <w:rFonts w:ascii="BIZ UDPゴシック" w:eastAsia="BIZ UDPゴシック" w:hAnsi="BIZ UDPゴシック"/>
              </w:rPr>
            </w:pPr>
            <w:r w:rsidRPr="005D2E88">
              <w:rPr>
                <w:rFonts w:ascii="BIZ UDPゴシック" w:eastAsia="BIZ UDPゴシック" w:hAnsi="BIZ UDPゴシック"/>
                <w:color w:val="000000"/>
                <w:sz w:val="16"/>
              </w:rPr>
              <w:t>（必須）</w:t>
            </w:r>
          </w:p>
        </w:tc>
      </w:tr>
      <w:tr w:rsidR="00397F56" w:rsidRPr="005D2E88" w14:paraId="2494FADA" w14:textId="77777777" w:rsidTr="00D105D4">
        <w:trPr>
          <w:trHeight w:val="680"/>
          <w:jc w:val="center"/>
        </w:trPr>
        <w:tc>
          <w:tcPr>
            <w:tcW w:w="3175" w:type="dxa"/>
            <w:gridSpan w:val="2"/>
            <w:tcBorders>
              <w:top w:val="single" w:sz="6" w:space="0" w:color="252525"/>
              <w:left w:val="single" w:sz="6" w:space="0" w:color="252525"/>
              <w:bottom w:val="single" w:sz="6" w:space="0" w:color="252525"/>
              <w:right w:val="single" w:sz="6" w:space="0" w:color="252525"/>
            </w:tcBorders>
            <w:vAlign w:val="center"/>
          </w:tcPr>
          <w:p w14:paraId="208F78A9" w14:textId="77777777" w:rsidR="00397F56" w:rsidRPr="005D2E88" w:rsidRDefault="00E11B6A">
            <w:pPr>
              <w:rPr>
                <w:rFonts w:ascii="BIZ UDPゴシック" w:eastAsia="BIZ UDPゴシック" w:hAnsi="BIZ UDPゴシック"/>
                <w:lang w:eastAsia="ja-JP"/>
              </w:rPr>
            </w:pPr>
            <w:r w:rsidRPr="005D2E88">
              <w:rPr>
                <w:rFonts w:ascii="BIZ UDPゴシック" w:eastAsia="BIZ UDPゴシック" w:hAnsi="BIZ UDPゴシック"/>
                <w:color w:val="000000"/>
                <w:lang w:eastAsia="ja-JP"/>
              </w:rPr>
              <w:t>＊氏名</w:t>
            </w:r>
            <w:r w:rsidRPr="005D2E88">
              <w:rPr>
                <w:rFonts w:ascii="BIZ UDPゴシック" w:eastAsia="BIZ UDPゴシック" w:hAnsi="BIZ UDPゴシック"/>
                <w:color w:val="000000"/>
                <w:lang w:eastAsia="ja-JP"/>
              </w:rPr>
              <w:br/>
              <w:t>（法人の場合は名称及び代表者名）</w:t>
            </w:r>
          </w:p>
        </w:tc>
        <w:tc>
          <w:tcPr>
            <w:tcW w:w="8050" w:type="dxa"/>
            <w:tcBorders>
              <w:top w:val="single" w:sz="6" w:space="0" w:color="252525"/>
              <w:left w:val="single" w:sz="6" w:space="0" w:color="252525"/>
              <w:bottom w:val="single" w:sz="6" w:space="0" w:color="252525"/>
              <w:right w:val="single" w:sz="6" w:space="0" w:color="252525"/>
            </w:tcBorders>
            <w:vAlign w:val="center"/>
          </w:tcPr>
          <w:p w14:paraId="3B14B5F3" w14:textId="77777777" w:rsidR="00397F56" w:rsidRPr="005D2E88" w:rsidRDefault="00E11B6A">
            <w:pPr>
              <w:rPr>
                <w:rFonts w:ascii="BIZ UDPゴシック" w:eastAsia="BIZ UDPゴシック" w:hAnsi="BIZ UDPゴシック"/>
              </w:rPr>
            </w:pPr>
            <w:r w:rsidRPr="005D2E88">
              <w:rPr>
                <w:rFonts w:ascii="BIZ UDPゴシック" w:eastAsia="BIZ UDPゴシック" w:hAnsi="BIZ UDPゴシック"/>
                <w:color w:val="000000"/>
                <w:sz w:val="16"/>
              </w:rPr>
              <w:t>（必須）</w:t>
            </w:r>
          </w:p>
        </w:tc>
      </w:tr>
      <w:tr w:rsidR="00397F56" w:rsidRPr="005D2E88" w14:paraId="54F8D969" w14:textId="77777777" w:rsidTr="00D105D4">
        <w:trPr>
          <w:trHeight w:val="482"/>
          <w:jc w:val="center"/>
        </w:trPr>
        <w:tc>
          <w:tcPr>
            <w:tcW w:w="1835" w:type="dxa"/>
            <w:tcBorders>
              <w:top w:val="single" w:sz="6" w:space="0" w:color="252525"/>
              <w:left w:val="single" w:sz="6" w:space="0" w:color="252525"/>
              <w:bottom w:val="single" w:sz="6" w:space="0" w:color="252525"/>
              <w:right w:val="single" w:sz="6" w:space="0" w:color="252525"/>
            </w:tcBorders>
            <w:vAlign w:val="center"/>
          </w:tcPr>
          <w:p w14:paraId="0268534B" w14:textId="77777777" w:rsidR="00397F56" w:rsidRPr="005D2E88" w:rsidRDefault="00E11B6A">
            <w:pPr>
              <w:jc w:val="center"/>
              <w:rPr>
                <w:rFonts w:ascii="BIZ UDPゴシック" w:eastAsia="BIZ UDPゴシック" w:hAnsi="BIZ UDPゴシック"/>
              </w:rPr>
            </w:pPr>
            <w:r w:rsidRPr="005D2E88">
              <w:rPr>
                <w:rFonts w:ascii="BIZ UDPゴシック" w:eastAsia="BIZ UDPゴシック" w:hAnsi="BIZ UDPゴシック"/>
                <w:color w:val="000000"/>
                <w:sz w:val="20"/>
              </w:rPr>
              <w:t>年齢</w:t>
            </w:r>
          </w:p>
        </w:tc>
        <w:tc>
          <w:tcPr>
            <w:tcW w:w="9390" w:type="dxa"/>
            <w:gridSpan w:val="2"/>
            <w:tcBorders>
              <w:top w:val="single" w:sz="6" w:space="0" w:color="252525"/>
              <w:left w:val="single" w:sz="6" w:space="0" w:color="252525"/>
              <w:bottom w:val="single" w:sz="6" w:space="0" w:color="252525"/>
              <w:right w:val="single" w:sz="6" w:space="0" w:color="252525"/>
            </w:tcBorders>
            <w:vAlign w:val="center"/>
          </w:tcPr>
          <w:p w14:paraId="77500C68" w14:textId="78393C67" w:rsidR="00397F56" w:rsidRPr="005D2E88" w:rsidRDefault="00E11B6A">
            <w:pPr>
              <w:rPr>
                <w:rFonts w:ascii="BIZ UDPゴシック" w:eastAsia="BIZ UDPゴシック" w:hAnsi="BIZ UDPゴシック"/>
              </w:rPr>
            </w:pPr>
            <w:r w:rsidRPr="005D2E88">
              <w:rPr>
                <w:rFonts w:ascii="BIZ UDPゴシック" w:eastAsia="BIZ UDPゴシック" w:hAnsi="BIZ UDPゴシック"/>
                <w:color w:val="000000"/>
                <w:sz w:val="20"/>
              </w:rPr>
              <w:t>□19歳以下</w:t>
            </w:r>
            <w:r w:rsidR="00D105D4">
              <w:rPr>
                <w:rFonts w:ascii="BIZ UDPゴシック" w:eastAsia="BIZ UDPゴシック" w:hAnsi="BIZ UDPゴシック" w:hint="eastAsia"/>
                <w:color w:val="000000"/>
                <w:sz w:val="20"/>
                <w:lang w:eastAsia="ja-JP"/>
              </w:rPr>
              <w:t xml:space="preserve"> </w:t>
            </w:r>
            <w:r w:rsidRPr="005D2E88">
              <w:rPr>
                <w:rFonts w:ascii="BIZ UDPゴシック" w:eastAsia="BIZ UDPゴシック" w:hAnsi="BIZ UDPゴシック"/>
                <w:color w:val="000000"/>
                <w:sz w:val="20"/>
              </w:rPr>
              <w:t xml:space="preserve"> □20代</w:t>
            </w:r>
            <w:r w:rsidR="00D105D4">
              <w:rPr>
                <w:rFonts w:ascii="BIZ UDPゴシック" w:eastAsia="BIZ UDPゴシック" w:hAnsi="BIZ UDPゴシック" w:hint="eastAsia"/>
                <w:color w:val="000000"/>
                <w:sz w:val="20"/>
                <w:lang w:eastAsia="ja-JP"/>
              </w:rPr>
              <w:t xml:space="preserve"> </w:t>
            </w:r>
            <w:r w:rsidRPr="005D2E88">
              <w:rPr>
                <w:rFonts w:ascii="BIZ UDPゴシック" w:eastAsia="BIZ UDPゴシック" w:hAnsi="BIZ UDPゴシック"/>
                <w:color w:val="000000"/>
                <w:sz w:val="20"/>
              </w:rPr>
              <w:t xml:space="preserve"> □30代</w:t>
            </w:r>
            <w:r w:rsidR="00D105D4">
              <w:rPr>
                <w:rFonts w:ascii="BIZ UDPゴシック" w:eastAsia="BIZ UDPゴシック" w:hAnsi="BIZ UDPゴシック" w:hint="eastAsia"/>
                <w:color w:val="000000"/>
                <w:sz w:val="20"/>
                <w:lang w:eastAsia="ja-JP"/>
              </w:rPr>
              <w:t xml:space="preserve"> </w:t>
            </w:r>
            <w:r w:rsidRPr="005D2E88">
              <w:rPr>
                <w:rFonts w:ascii="BIZ UDPゴシック" w:eastAsia="BIZ UDPゴシック" w:hAnsi="BIZ UDPゴシック"/>
                <w:color w:val="000000"/>
                <w:sz w:val="20"/>
              </w:rPr>
              <w:t xml:space="preserve"> □40代 </w:t>
            </w:r>
            <w:r w:rsidR="00D105D4">
              <w:rPr>
                <w:rFonts w:ascii="BIZ UDPゴシック" w:eastAsia="BIZ UDPゴシック" w:hAnsi="BIZ UDPゴシック" w:hint="eastAsia"/>
                <w:color w:val="000000"/>
                <w:sz w:val="20"/>
                <w:lang w:eastAsia="ja-JP"/>
              </w:rPr>
              <w:t xml:space="preserve"> </w:t>
            </w:r>
            <w:r w:rsidRPr="005D2E88">
              <w:rPr>
                <w:rFonts w:ascii="BIZ UDPゴシック" w:eastAsia="BIZ UDPゴシック" w:hAnsi="BIZ UDPゴシック"/>
                <w:color w:val="000000"/>
                <w:sz w:val="20"/>
              </w:rPr>
              <w:t xml:space="preserve">□50代 </w:t>
            </w:r>
            <w:r w:rsidR="00D105D4">
              <w:rPr>
                <w:rFonts w:ascii="BIZ UDPゴシック" w:eastAsia="BIZ UDPゴシック" w:hAnsi="BIZ UDPゴシック" w:hint="eastAsia"/>
                <w:color w:val="000000"/>
                <w:sz w:val="20"/>
                <w:lang w:eastAsia="ja-JP"/>
              </w:rPr>
              <w:t xml:space="preserve"> </w:t>
            </w:r>
            <w:r w:rsidRPr="005D2E88">
              <w:rPr>
                <w:rFonts w:ascii="BIZ UDPゴシック" w:eastAsia="BIZ UDPゴシック" w:hAnsi="BIZ UDPゴシック"/>
                <w:color w:val="000000"/>
                <w:sz w:val="20"/>
              </w:rPr>
              <w:t xml:space="preserve">□60代 </w:t>
            </w:r>
            <w:r w:rsidR="00D105D4">
              <w:rPr>
                <w:rFonts w:ascii="BIZ UDPゴシック" w:eastAsia="BIZ UDPゴシック" w:hAnsi="BIZ UDPゴシック" w:hint="eastAsia"/>
                <w:color w:val="000000"/>
                <w:sz w:val="20"/>
                <w:lang w:eastAsia="ja-JP"/>
              </w:rPr>
              <w:t xml:space="preserve"> </w:t>
            </w:r>
            <w:r w:rsidRPr="005D2E88">
              <w:rPr>
                <w:rFonts w:ascii="BIZ UDPゴシック" w:eastAsia="BIZ UDPゴシック" w:hAnsi="BIZ UDPゴシック"/>
                <w:color w:val="000000"/>
                <w:sz w:val="20"/>
              </w:rPr>
              <w:t>□70歳以上</w:t>
            </w:r>
          </w:p>
        </w:tc>
      </w:tr>
      <w:tr w:rsidR="00397F56" w:rsidRPr="005D2E88" w14:paraId="64B7738B" w14:textId="77777777" w:rsidTr="00D105D4">
        <w:trPr>
          <w:trHeight w:val="680"/>
          <w:jc w:val="center"/>
        </w:trPr>
        <w:tc>
          <w:tcPr>
            <w:tcW w:w="1835" w:type="dxa"/>
            <w:tcBorders>
              <w:top w:val="single" w:sz="6" w:space="0" w:color="252525"/>
              <w:left w:val="single" w:sz="6" w:space="0" w:color="252525"/>
              <w:bottom w:val="single" w:sz="6" w:space="0" w:color="252525"/>
              <w:right w:val="single" w:sz="6" w:space="0" w:color="252525"/>
            </w:tcBorders>
            <w:vAlign w:val="center"/>
          </w:tcPr>
          <w:p w14:paraId="7CDE7EA6" w14:textId="77777777" w:rsidR="00397F56" w:rsidRPr="005D2E88" w:rsidRDefault="00E11B6A">
            <w:pPr>
              <w:jc w:val="center"/>
              <w:rPr>
                <w:rFonts w:ascii="BIZ UDPゴシック" w:eastAsia="BIZ UDPゴシック" w:hAnsi="BIZ UDPゴシック"/>
              </w:rPr>
            </w:pPr>
            <w:r w:rsidRPr="005D2E88">
              <w:rPr>
                <w:rFonts w:ascii="BIZ UDPゴシック" w:eastAsia="BIZ UDPゴシック" w:hAnsi="BIZ UDPゴシック"/>
                <w:color w:val="000000"/>
                <w:sz w:val="20"/>
              </w:rPr>
              <w:t>職業</w:t>
            </w:r>
          </w:p>
        </w:tc>
        <w:tc>
          <w:tcPr>
            <w:tcW w:w="9390" w:type="dxa"/>
            <w:gridSpan w:val="2"/>
            <w:tcBorders>
              <w:top w:val="single" w:sz="6" w:space="0" w:color="252525"/>
              <w:left w:val="single" w:sz="6" w:space="0" w:color="252525"/>
              <w:bottom w:val="single" w:sz="6" w:space="0" w:color="252525"/>
              <w:right w:val="single" w:sz="6" w:space="0" w:color="252525"/>
            </w:tcBorders>
            <w:vAlign w:val="center"/>
          </w:tcPr>
          <w:p w14:paraId="7EAD9844" w14:textId="42D92C15" w:rsidR="00397F56" w:rsidRPr="005D2E88" w:rsidRDefault="00E11B6A">
            <w:pPr>
              <w:rPr>
                <w:rFonts w:ascii="BIZ UDPゴシック" w:eastAsia="BIZ UDPゴシック" w:hAnsi="BIZ UDPゴシック"/>
                <w:lang w:eastAsia="ja-JP"/>
              </w:rPr>
            </w:pPr>
            <w:r w:rsidRPr="005D2E88">
              <w:rPr>
                <w:rFonts w:ascii="BIZ UDPゴシック" w:eastAsia="BIZ UDPゴシック" w:hAnsi="BIZ UDPゴシック"/>
                <w:color w:val="000000"/>
                <w:sz w:val="20"/>
                <w:lang w:eastAsia="ja-JP"/>
              </w:rPr>
              <w:t>□会社員</w:t>
            </w:r>
            <w:r w:rsidR="00D105D4">
              <w:rPr>
                <w:rFonts w:ascii="BIZ UDPゴシック" w:eastAsia="BIZ UDPゴシック" w:hAnsi="BIZ UDPゴシック" w:hint="eastAsia"/>
                <w:color w:val="000000"/>
                <w:sz w:val="20"/>
                <w:lang w:eastAsia="ja-JP"/>
              </w:rPr>
              <w:t xml:space="preserve"> 　</w:t>
            </w:r>
            <w:r w:rsidRPr="005D2E88">
              <w:rPr>
                <w:rFonts w:ascii="BIZ UDPゴシック" w:eastAsia="BIZ UDPゴシック" w:hAnsi="BIZ UDPゴシック"/>
                <w:color w:val="000000"/>
                <w:sz w:val="20"/>
                <w:lang w:eastAsia="ja-JP"/>
              </w:rPr>
              <w:t xml:space="preserve"> □自営業</w:t>
            </w:r>
            <w:r w:rsidR="00D105D4">
              <w:rPr>
                <w:rFonts w:ascii="BIZ UDPゴシック" w:eastAsia="BIZ UDPゴシック" w:hAnsi="BIZ UDPゴシック" w:hint="eastAsia"/>
                <w:color w:val="000000"/>
                <w:sz w:val="20"/>
                <w:lang w:eastAsia="ja-JP"/>
              </w:rPr>
              <w:t xml:space="preserve"> 　</w:t>
            </w:r>
            <w:r w:rsidRPr="005D2E88">
              <w:rPr>
                <w:rFonts w:ascii="BIZ UDPゴシック" w:eastAsia="BIZ UDPゴシック" w:hAnsi="BIZ UDPゴシック"/>
                <w:color w:val="000000"/>
                <w:sz w:val="20"/>
                <w:lang w:eastAsia="ja-JP"/>
              </w:rPr>
              <w:t xml:space="preserve"> □経営者・役員 </w:t>
            </w:r>
            <w:r w:rsidR="00D105D4">
              <w:rPr>
                <w:rFonts w:ascii="BIZ UDPゴシック" w:eastAsia="BIZ UDPゴシック" w:hAnsi="BIZ UDPゴシック" w:hint="eastAsia"/>
                <w:color w:val="000000"/>
                <w:sz w:val="20"/>
                <w:lang w:eastAsia="ja-JP"/>
              </w:rPr>
              <w:t xml:space="preserve"> 　</w:t>
            </w:r>
            <w:r w:rsidRPr="005D2E88">
              <w:rPr>
                <w:rFonts w:ascii="BIZ UDPゴシック" w:eastAsia="BIZ UDPゴシック" w:hAnsi="BIZ UDPゴシック"/>
                <w:color w:val="000000"/>
                <w:sz w:val="20"/>
                <w:lang w:eastAsia="ja-JP"/>
              </w:rPr>
              <w:t xml:space="preserve">□公務員 </w:t>
            </w:r>
            <w:r w:rsidR="00D105D4">
              <w:rPr>
                <w:rFonts w:ascii="BIZ UDPゴシック" w:eastAsia="BIZ UDPゴシック" w:hAnsi="BIZ UDPゴシック" w:hint="eastAsia"/>
                <w:color w:val="000000"/>
                <w:sz w:val="20"/>
                <w:lang w:eastAsia="ja-JP"/>
              </w:rPr>
              <w:t xml:space="preserve"> 　</w:t>
            </w:r>
            <w:r w:rsidRPr="005D2E88">
              <w:rPr>
                <w:rFonts w:ascii="BIZ UDPゴシック" w:eastAsia="BIZ UDPゴシック" w:hAnsi="BIZ UDPゴシック"/>
                <w:color w:val="000000"/>
                <w:sz w:val="20"/>
                <w:lang w:eastAsia="ja-JP"/>
              </w:rPr>
              <w:t>□その他団体職員</w:t>
            </w:r>
            <w:r w:rsidR="00D105D4">
              <w:rPr>
                <w:rFonts w:ascii="BIZ UDPゴシック" w:eastAsia="BIZ UDPゴシック" w:hAnsi="BIZ UDPゴシック" w:hint="eastAsia"/>
                <w:color w:val="000000"/>
                <w:sz w:val="20"/>
                <w:lang w:eastAsia="ja-JP"/>
              </w:rPr>
              <w:t xml:space="preserve">　 </w:t>
            </w:r>
            <w:r w:rsidRPr="005D2E88">
              <w:rPr>
                <w:rFonts w:ascii="BIZ UDPゴシック" w:eastAsia="BIZ UDPゴシック" w:hAnsi="BIZ UDPゴシック"/>
                <w:color w:val="000000"/>
                <w:sz w:val="20"/>
                <w:lang w:eastAsia="ja-JP"/>
              </w:rPr>
              <w:t xml:space="preserve"> □ﾊﾟｰﾄ・ｱﾙﾊﾞｲﾄ</w:t>
            </w:r>
            <w:r w:rsidRPr="005D2E88">
              <w:rPr>
                <w:rFonts w:ascii="BIZ UDPゴシック" w:eastAsia="BIZ UDPゴシック" w:hAnsi="BIZ UDPゴシック"/>
                <w:color w:val="000000"/>
                <w:sz w:val="20"/>
                <w:lang w:eastAsia="ja-JP"/>
              </w:rPr>
              <w:br/>
              <w:t>□専業主婦・専業主夫</w:t>
            </w:r>
            <w:r w:rsidR="00D105D4">
              <w:rPr>
                <w:rFonts w:ascii="BIZ UDPゴシック" w:eastAsia="BIZ UDPゴシック" w:hAnsi="BIZ UDPゴシック" w:hint="eastAsia"/>
                <w:color w:val="000000"/>
                <w:sz w:val="20"/>
                <w:lang w:eastAsia="ja-JP"/>
              </w:rPr>
              <w:t xml:space="preserve">　 </w:t>
            </w:r>
            <w:r w:rsidRPr="005D2E88">
              <w:rPr>
                <w:rFonts w:ascii="BIZ UDPゴシック" w:eastAsia="BIZ UDPゴシック" w:hAnsi="BIZ UDPゴシック"/>
                <w:color w:val="000000"/>
                <w:sz w:val="20"/>
                <w:lang w:eastAsia="ja-JP"/>
              </w:rPr>
              <w:t xml:space="preserve"> □学生</w:t>
            </w:r>
            <w:r w:rsidR="00D105D4">
              <w:rPr>
                <w:rFonts w:ascii="BIZ UDPゴシック" w:eastAsia="BIZ UDPゴシック" w:hAnsi="BIZ UDPゴシック" w:hint="eastAsia"/>
                <w:color w:val="000000"/>
                <w:sz w:val="20"/>
                <w:lang w:eastAsia="ja-JP"/>
              </w:rPr>
              <w:t xml:space="preserve"> 　</w:t>
            </w:r>
            <w:r w:rsidRPr="005D2E88">
              <w:rPr>
                <w:rFonts w:ascii="BIZ UDPゴシック" w:eastAsia="BIZ UDPゴシック" w:hAnsi="BIZ UDPゴシック"/>
                <w:color w:val="000000"/>
                <w:sz w:val="20"/>
                <w:lang w:eastAsia="ja-JP"/>
              </w:rPr>
              <w:t xml:space="preserve"> □無職</w:t>
            </w:r>
            <w:r w:rsidR="00D105D4">
              <w:rPr>
                <w:rFonts w:ascii="BIZ UDPゴシック" w:eastAsia="BIZ UDPゴシック" w:hAnsi="BIZ UDPゴシック" w:hint="eastAsia"/>
                <w:color w:val="000000"/>
                <w:sz w:val="20"/>
                <w:lang w:eastAsia="ja-JP"/>
              </w:rPr>
              <w:t xml:space="preserve">　 </w:t>
            </w:r>
            <w:r w:rsidRPr="005D2E88">
              <w:rPr>
                <w:rFonts w:ascii="BIZ UDPゴシック" w:eastAsia="BIZ UDPゴシック" w:hAnsi="BIZ UDPゴシック"/>
                <w:color w:val="000000"/>
                <w:sz w:val="20"/>
                <w:lang w:eastAsia="ja-JP"/>
              </w:rPr>
              <w:t xml:space="preserve"> □その他（　　　　　　　　　　　　　　　）</w:t>
            </w:r>
          </w:p>
        </w:tc>
      </w:tr>
    </w:tbl>
    <w:p w14:paraId="6CD88BA9" w14:textId="3DD9D632" w:rsidR="00397F56" w:rsidRPr="005D2E88" w:rsidRDefault="00E11B6A">
      <w:pPr>
        <w:rPr>
          <w:rFonts w:ascii="BIZ UDPゴシック" w:eastAsia="BIZ UDPゴシック" w:hAnsi="BIZ UDPゴシック"/>
          <w:lang w:eastAsia="ja-JP"/>
        </w:rPr>
      </w:pPr>
      <w:r w:rsidRPr="005D2E88">
        <w:rPr>
          <w:rFonts w:ascii="BIZ UDPゴシック" w:eastAsia="BIZ UDPゴシック" w:hAnsi="BIZ UDPゴシック"/>
          <w:sz w:val="14"/>
          <w:lang w:eastAsia="ja-JP"/>
        </w:rPr>
        <w:t>※１　＊印のある欄は必ずご記入ください。（意見の提出に際して、「静岡市市民参画の推進に関する条例施行規則」第５条第４項</w:t>
      </w:r>
      <w:r w:rsidR="00D60BC4">
        <w:rPr>
          <w:rFonts w:ascii="BIZ UDPゴシック" w:eastAsia="BIZ UDPゴシック" w:hAnsi="BIZ UDPゴシック" w:hint="eastAsia"/>
          <w:sz w:val="14"/>
          <w:lang w:eastAsia="ja-JP"/>
        </w:rPr>
        <w:t>の規定に準じ</w:t>
      </w:r>
      <w:r w:rsidRPr="005D2E88">
        <w:rPr>
          <w:rFonts w:ascii="BIZ UDPゴシック" w:eastAsia="BIZ UDPゴシック" w:hAnsi="BIZ UDPゴシック"/>
          <w:sz w:val="14"/>
          <w:lang w:eastAsia="ja-JP"/>
        </w:rPr>
        <w:t>、個人の場合は住所及び氏名、法人その他の団体の場合は、名称、所在地及び代表者の氏名を明らかに</w:t>
      </w:r>
      <w:r w:rsidR="00D60BC4">
        <w:rPr>
          <w:rFonts w:ascii="BIZ UDPゴシック" w:eastAsia="BIZ UDPゴシック" w:hAnsi="BIZ UDPゴシック" w:hint="eastAsia"/>
          <w:sz w:val="14"/>
          <w:lang w:eastAsia="ja-JP"/>
        </w:rPr>
        <w:t>していただく</w:t>
      </w:r>
      <w:r w:rsidRPr="005D2E88">
        <w:rPr>
          <w:rFonts w:ascii="BIZ UDPゴシック" w:eastAsia="BIZ UDPゴシック" w:hAnsi="BIZ UDPゴシック"/>
          <w:sz w:val="14"/>
          <w:lang w:eastAsia="ja-JP"/>
        </w:rPr>
        <w:t>ことと</w:t>
      </w:r>
      <w:r w:rsidR="00D60BC4">
        <w:rPr>
          <w:rFonts w:ascii="BIZ UDPゴシック" w:eastAsia="BIZ UDPゴシック" w:hAnsi="BIZ UDPゴシック" w:hint="eastAsia"/>
          <w:sz w:val="14"/>
          <w:lang w:eastAsia="ja-JP"/>
        </w:rPr>
        <w:t>し</w:t>
      </w:r>
      <w:r w:rsidRPr="005D2E88">
        <w:rPr>
          <w:rFonts w:ascii="BIZ UDPゴシック" w:eastAsia="BIZ UDPゴシック" w:hAnsi="BIZ UDPゴシック"/>
          <w:sz w:val="14"/>
          <w:lang w:eastAsia="ja-JP"/>
        </w:rPr>
        <w:t>ています。氏名、住所等が記入されていない場合には、ご意見として取り扱わない場合があります。）</w:t>
      </w:r>
    </w:p>
    <w:p w14:paraId="4A72CF60" w14:textId="20F83D59" w:rsidR="00397F56" w:rsidRPr="005D2E88" w:rsidRDefault="00E11B6A">
      <w:pPr>
        <w:rPr>
          <w:rFonts w:ascii="BIZ UDPゴシック" w:eastAsia="BIZ UDPゴシック" w:hAnsi="BIZ UDPゴシック"/>
          <w:lang w:eastAsia="ja-JP"/>
        </w:rPr>
      </w:pPr>
      <w:r w:rsidRPr="005D2E88">
        <w:rPr>
          <w:rFonts w:ascii="BIZ UDPゴシック" w:eastAsia="BIZ UDPゴシック" w:hAnsi="BIZ UDPゴシック"/>
          <w:sz w:val="14"/>
          <w:lang w:eastAsia="ja-JP"/>
        </w:rPr>
        <w:t>※２　個人情報については、厳正に管理を行い、</w:t>
      </w:r>
      <w:r w:rsidR="00D60BC4">
        <w:rPr>
          <w:rFonts w:ascii="BIZ UDPゴシック" w:eastAsia="BIZ UDPゴシック" w:hAnsi="BIZ UDPゴシック" w:hint="eastAsia"/>
          <w:sz w:val="14"/>
          <w:lang w:eastAsia="ja-JP"/>
        </w:rPr>
        <w:t>本</w:t>
      </w:r>
      <w:r w:rsidRPr="005D2E88">
        <w:rPr>
          <w:rFonts w:ascii="BIZ UDPゴシック" w:eastAsia="BIZ UDPゴシック" w:hAnsi="BIZ UDPゴシック"/>
          <w:sz w:val="14"/>
          <w:lang w:eastAsia="ja-JP"/>
        </w:rPr>
        <w:t>パブリックコメントの目的以外では使用しません。</w:t>
      </w:r>
    </w:p>
    <w:p w14:paraId="318A6ED1" w14:textId="77777777" w:rsidR="00397F56" w:rsidRPr="005D2E88" w:rsidRDefault="00E11B6A">
      <w:pPr>
        <w:jc w:val="center"/>
        <w:rPr>
          <w:rFonts w:ascii="BIZ UDPゴシック" w:eastAsia="BIZ UDPゴシック" w:hAnsi="BIZ UDPゴシック"/>
          <w:lang w:eastAsia="ja-JP"/>
        </w:rPr>
      </w:pPr>
      <w:r w:rsidRPr="005D2E88">
        <w:rPr>
          <w:rFonts w:ascii="BIZ UDPゴシック" w:eastAsia="BIZ UDPゴシック" w:hAnsi="BIZ UDPゴシック"/>
          <w:b/>
          <w:sz w:val="26"/>
          <w:lang w:eastAsia="ja-JP"/>
        </w:rPr>
        <w:t>ご意見、ありがとうございました。</w:t>
      </w:r>
    </w:p>
    <w:sectPr w:rsidR="00397F56" w:rsidRPr="005D2E88" w:rsidSect="00BC02AD">
      <w:pgSz w:w="11906" w:h="16838" w:code="9"/>
      <w:pgMar w:top="964" w:right="340" w:bottom="284" w:left="3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95DDDE" w14:textId="77777777" w:rsidR="002971B9" w:rsidRDefault="002971B9" w:rsidP="00D53346">
      <w:r>
        <w:separator/>
      </w:r>
    </w:p>
  </w:endnote>
  <w:endnote w:type="continuationSeparator" w:id="0">
    <w:p w14:paraId="1E8905B9" w14:textId="77777777" w:rsidR="002971B9" w:rsidRDefault="002971B9" w:rsidP="00D533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Noto Sans CJK JP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8E995F" w14:textId="77777777" w:rsidR="002971B9" w:rsidRDefault="002971B9" w:rsidP="00D53346">
      <w:r>
        <w:separator/>
      </w:r>
    </w:p>
  </w:footnote>
  <w:footnote w:type="continuationSeparator" w:id="0">
    <w:p w14:paraId="72381A5F" w14:textId="77777777" w:rsidR="002971B9" w:rsidRDefault="002971B9" w:rsidP="00D5334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82719117">
    <w:abstractNumId w:val="8"/>
  </w:num>
  <w:num w:numId="2" w16cid:durableId="1922057889">
    <w:abstractNumId w:val="6"/>
  </w:num>
  <w:num w:numId="3" w16cid:durableId="2046632575">
    <w:abstractNumId w:val="5"/>
  </w:num>
  <w:num w:numId="4" w16cid:durableId="32971942">
    <w:abstractNumId w:val="4"/>
  </w:num>
  <w:num w:numId="5" w16cid:durableId="128062520">
    <w:abstractNumId w:val="7"/>
  </w:num>
  <w:num w:numId="6" w16cid:durableId="624316328">
    <w:abstractNumId w:val="3"/>
  </w:num>
  <w:num w:numId="7" w16cid:durableId="579949820">
    <w:abstractNumId w:val="2"/>
  </w:num>
  <w:num w:numId="8" w16cid:durableId="2068457586">
    <w:abstractNumId w:val="1"/>
  </w:num>
  <w:num w:numId="9" w16cid:durableId="21131615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72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F525D"/>
    <w:rsid w:val="0015074B"/>
    <w:rsid w:val="00212887"/>
    <w:rsid w:val="0025127D"/>
    <w:rsid w:val="0029639D"/>
    <w:rsid w:val="002971B9"/>
    <w:rsid w:val="002F2BFE"/>
    <w:rsid w:val="00326F90"/>
    <w:rsid w:val="00397F56"/>
    <w:rsid w:val="003B694C"/>
    <w:rsid w:val="004260DD"/>
    <w:rsid w:val="005D2E88"/>
    <w:rsid w:val="008F2845"/>
    <w:rsid w:val="00AA1D8D"/>
    <w:rsid w:val="00B47730"/>
    <w:rsid w:val="00B868BE"/>
    <w:rsid w:val="00BC02AD"/>
    <w:rsid w:val="00BF46FC"/>
    <w:rsid w:val="00CB0664"/>
    <w:rsid w:val="00CC7AC3"/>
    <w:rsid w:val="00D105D4"/>
    <w:rsid w:val="00D53346"/>
    <w:rsid w:val="00D60BC4"/>
    <w:rsid w:val="00E11B6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1346309"/>
  <w14:defaultImageDpi w14:val="300"/>
  <w15:docId w15:val="{39F8B7EE-CA43-4EF5-9FEC-997878C610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0" w:line="240" w:lineRule="auto"/>
    </w:pPr>
    <w:rPr>
      <w:rFonts w:ascii="Noto Sans CJK JP" w:eastAsia="Noto Sans CJK JP" w:hAnsi="Noto Sans CJK JP"/>
      <w:sz w:val="18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6">
    <w:name w:val="ヘッダー (文字)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8">
    <w:name w:val="フッター (文字)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見出し 1 (文字)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見出し 2 (文字)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見出し 3 (文字)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000000"/>
      <w:spacing w:val="5"/>
      <w:kern w:val="28"/>
      <w:sz w:val="52"/>
      <w:szCs w:val="52"/>
    </w:rPr>
  </w:style>
  <w:style w:type="character" w:customStyle="1" w:styleId="ab">
    <w:name w:val="表題 (文字)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題 (文字)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本文 (文字)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本文 2 (文字)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本文 3 (文字)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マクロ文字列 (文字)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文 (文字)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見出し 4 (文字)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見出し 5 (文字)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見出し 6 (文字)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見出し 7 (文字)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見出し 8 (文字)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見出し 9 (文字)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rPr>
      <w:b/>
      <w:bCs/>
      <w:color w:val="4F81BD" w:themeColor="accent1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27">
    <w:name w:val="Intense Quote"/>
    <w:basedOn w:val="a1"/>
    <w:next w:val="a1"/>
    <w:link w:val="28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28">
    <w:name w:val="引用文 2 (文字)"/>
    <w:basedOn w:val="a2"/>
    <w:link w:val="27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29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b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2a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c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d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e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12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13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14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15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16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17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2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2c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2d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2e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2f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2f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2f1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37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38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39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3a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3b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3c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3d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4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2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3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4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5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6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7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1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2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3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4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5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6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7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6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62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63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64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65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66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67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71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2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3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4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5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6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82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83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4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5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6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7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1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0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10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10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10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10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10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10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110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11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11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113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4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5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6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120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1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2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4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5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6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30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31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32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33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3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35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36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4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41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42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43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44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4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46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453</Words>
  <Characters>477</Characters>
  <Application>Microsoft Office Word</Application>
  <DocSecurity>0</DocSecurity>
  <Lines>31</Lines>
  <Paragraphs>29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901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坂田　美奈子</cp:lastModifiedBy>
  <cp:revision>6</cp:revision>
  <dcterms:created xsi:type="dcterms:W3CDTF">2026-09-30T19:45:00Z</dcterms:created>
  <dcterms:modified xsi:type="dcterms:W3CDTF">2026-10-08T00:39:00Z</dcterms:modified>
  <cp:category/>
</cp:coreProperties>
</file>